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EB721" w14:textId="27792E8E" w:rsidR="00CA6DD1" w:rsidRPr="002B5FD0" w:rsidRDefault="006F4DE1">
      <w:pPr>
        <w:pStyle w:val="Titel"/>
      </w:pPr>
      <w:r w:rsidRPr="002B5FD0">
        <w:t>PRACA – 1</w:t>
      </w:r>
      <w:r w:rsidR="002B5FD0" w:rsidRPr="002B5FD0">
        <w:t>00 zdań</w:t>
      </w:r>
      <w:r w:rsidR="00F92C50">
        <w:t xml:space="preserve"> NL-PL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CA6DD1" w:rsidRPr="002B5FD0" w14:paraId="25382D4E" w14:textId="77777777">
        <w:tc>
          <w:tcPr>
            <w:tcW w:w="4320" w:type="dxa"/>
          </w:tcPr>
          <w:p w14:paraId="02D44F13" w14:textId="5D925035" w:rsidR="00CA6DD1" w:rsidRPr="002B5FD0" w:rsidRDefault="00000000">
            <w:r w:rsidRPr="002B5FD0">
              <w:t>N</w:t>
            </w:r>
            <w:r w:rsidR="002B5FD0">
              <w:t>L</w:t>
            </w:r>
          </w:p>
        </w:tc>
        <w:tc>
          <w:tcPr>
            <w:tcW w:w="4320" w:type="dxa"/>
          </w:tcPr>
          <w:p w14:paraId="25EA3677" w14:textId="7A32BDD0" w:rsidR="00CA6DD1" w:rsidRPr="002B5FD0" w:rsidRDefault="00000000">
            <w:r w:rsidRPr="002B5FD0">
              <w:t>P</w:t>
            </w:r>
            <w:r w:rsidR="002B5FD0">
              <w:t>L</w:t>
            </w:r>
          </w:p>
        </w:tc>
      </w:tr>
      <w:tr w:rsidR="00CA6DD1" w:rsidRPr="002B5FD0" w14:paraId="325EF36A" w14:textId="77777777">
        <w:tc>
          <w:tcPr>
            <w:tcW w:w="4320" w:type="dxa"/>
          </w:tcPr>
          <w:p w14:paraId="772ECB0C" w14:textId="77777777" w:rsidR="00CA6DD1" w:rsidRPr="002B5FD0" w:rsidRDefault="00000000">
            <w:r w:rsidRPr="002B5FD0">
              <w:t>Ik ben op zoek naar werk.</w:t>
            </w:r>
          </w:p>
        </w:tc>
        <w:tc>
          <w:tcPr>
            <w:tcW w:w="4320" w:type="dxa"/>
          </w:tcPr>
          <w:p w14:paraId="593070A9" w14:textId="77777777" w:rsidR="00CA6DD1" w:rsidRPr="002B5FD0" w:rsidRDefault="00000000">
            <w:r w:rsidRPr="002B5FD0">
              <w:t>Szukam pracy.</w:t>
            </w:r>
          </w:p>
        </w:tc>
      </w:tr>
      <w:tr w:rsidR="00CA6DD1" w:rsidRPr="002B5FD0" w14:paraId="678F29DD" w14:textId="77777777">
        <w:tc>
          <w:tcPr>
            <w:tcW w:w="4320" w:type="dxa"/>
          </w:tcPr>
          <w:p w14:paraId="7FACF22F" w14:textId="77777777" w:rsidR="00CA6DD1" w:rsidRPr="002B5FD0" w:rsidRDefault="00000000">
            <w:r w:rsidRPr="002B5FD0">
              <w:t>Waar werk je?</w:t>
            </w:r>
          </w:p>
        </w:tc>
        <w:tc>
          <w:tcPr>
            <w:tcW w:w="4320" w:type="dxa"/>
          </w:tcPr>
          <w:p w14:paraId="28D3FC9F" w14:textId="77777777" w:rsidR="00CA6DD1" w:rsidRPr="002B5FD0" w:rsidRDefault="00000000">
            <w:r w:rsidRPr="002B5FD0">
              <w:t>Gdzie pracujesz?</w:t>
            </w:r>
          </w:p>
        </w:tc>
      </w:tr>
      <w:tr w:rsidR="00CA6DD1" w:rsidRPr="002B5FD0" w14:paraId="3E4DE11A" w14:textId="77777777">
        <w:tc>
          <w:tcPr>
            <w:tcW w:w="4320" w:type="dxa"/>
          </w:tcPr>
          <w:p w14:paraId="7A45F5C6" w14:textId="38713F2F" w:rsidR="00CA6DD1" w:rsidRPr="00B63C4B" w:rsidRDefault="00000000">
            <w:pPr>
              <w:rPr>
                <w:lang w:val="nl-NL"/>
              </w:rPr>
            </w:pPr>
            <w:r w:rsidRPr="00B63C4B">
              <w:rPr>
                <w:lang w:val="nl-NL"/>
              </w:rPr>
              <w:t>Ik werk als schoonmaker</w:t>
            </w:r>
            <w:r w:rsidR="00B63C4B" w:rsidRPr="00B63C4B">
              <w:rPr>
                <w:lang w:val="nl-NL"/>
              </w:rPr>
              <w:t>, schoonmakster</w:t>
            </w:r>
            <w:r w:rsidRPr="00B63C4B">
              <w:rPr>
                <w:lang w:val="nl-NL"/>
              </w:rPr>
              <w:t xml:space="preserve"> / kok</w:t>
            </w:r>
            <w:r w:rsidR="00B63C4B">
              <w:rPr>
                <w:lang w:val="nl-NL"/>
              </w:rPr>
              <w:t>, kok</w:t>
            </w:r>
            <w:r w:rsidR="00671AE3">
              <w:rPr>
                <w:lang w:val="nl-NL"/>
              </w:rPr>
              <w:t>k</w:t>
            </w:r>
            <w:r w:rsidR="00B63C4B">
              <w:rPr>
                <w:lang w:val="nl-NL"/>
              </w:rPr>
              <w:t>in</w:t>
            </w:r>
            <w:r w:rsidRPr="00B63C4B">
              <w:rPr>
                <w:lang w:val="nl-NL"/>
              </w:rPr>
              <w:t xml:space="preserve"> / chauffeur.</w:t>
            </w:r>
          </w:p>
        </w:tc>
        <w:tc>
          <w:tcPr>
            <w:tcW w:w="4320" w:type="dxa"/>
          </w:tcPr>
          <w:p w14:paraId="68F29BBF" w14:textId="19C838B7" w:rsidR="00CA6DD1" w:rsidRPr="002B5FD0" w:rsidRDefault="00000000">
            <w:r w:rsidRPr="002B5FD0">
              <w:t>Pracuję jako sprzątacz</w:t>
            </w:r>
            <w:r w:rsidR="00C94CA6">
              <w:t xml:space="preserve">, </w:t>
            </w:r>
            <w:r w:rsidR="00B63C4B">
              <w:t>sprzątaczka</w:t>
            </w:r>
            <w:r w:rsidRPr="002B5FD0">
              <w:t xml:space="preserve"> / kucharz</w:t>
            </w:r>
            <w:r w:rsidR="00B63C4B">
              <w:t>, kucharka</w:t>
            </w:r>
            <w:r w:rsidRPr="002B5FD0">
              <w:t xml:space="preserve"> / kierowca.</w:t>
            </w:r>
          </w:p>
        </w:tc>
      </w:tr>
      <w:tr w:rsidR="00CA6DD1" w:rsidRPr="002B5FD0" w14:paraId="58E5780D" w14:textId="77777777">
        <w:tc>
          <w:tcPr>
            <w:tcW w:w="4320" w:type="dxa"/>
          </w:tcPr>
          <w:p w14:paraId="4CC17FCE" w14:textId="77777777" w:rsidR="00CA6DD1" w:rsidRPr="002B5FD0" w:rsidRDefault="00000000">
            <w:r w:rsidRPr="002B5FD0">
              <w:t>Ik heb een fulltime baan.</w:t>
            </w:r>
          </w:p>
        </w:tc>
        <w:tc>
          <w:tcPr>
            <w:tcW w:w="4320" w:type="dxa"/>
          </w:tcPr>
          <w:p w14:paraId="3650E81D" w14:textId="77777777" w:rsidR="00CA6DD1" w:rsidRPr="002B5FD0" w:rsidRDefault="00000000">
            <w:r w:rsidRPr="002B5FD0">
              <w:t>Mam pracę na pełen etat.</w:t>
            </w:r>
          </w:p>
        </w:tc>
      </w:tr>
      <w:tr w:rsidR="00CA6DD1" w:rsidRPr="002B5FD0" w14:paraId="5125E957" w14:textId="77777777">
        <w:tc>
          <w:tcPr>
            <w:tcW w:w="4320" w:type="dxa"/>
          </w:tcPr>
          <w:p w14:paraId="763B6A8E" w14:textId="77777777" w:rsidR="00CA6DD1" w:rsidRPr="002B5FD0" w:rsidRDefault="00000000">
            <w:r w:rsidRPr="002B5FD0">
              <w:t>Ik werk parttime.</w:t>
            </w:r>
          </w:p>
        </w:tc>
        <w:tc>
          <w:tcPr>
            <w:tcW w:w="4320" w:type="dxa"/>
          </w:tcPr>
          <w:p w14:paraId="6073AFA3" w14:textId="77777777" w:rsidR="00CA6DD1" w:rsidRPr="002B5FD0" w:rsidRDefault="00000000">
            <w:r w:rsidRPr="002B5FD0">
              <w:t>Pracuję na pół etatu.</w:t>
            </w:r>
          </w:p>
        </w:tc>
      </w:tr>
      <w:tr w:rsidR="00CA6DD1" w:rsidRPr="002B5FD0" w14:paraId="009F573E" w14:textId="77777777">
        <w:tc>
          <w:tcPr>
            <w:tcW w:w="4320" w:type="dxa"/>
          </w:tcPr>
          <w:p w14:paraId="36758260" w14:textId="77777777" w:rsidR="00CA6DD1" w:rsidRPr="002B5FD0" w:rsidRDefault="00000000">
            <w:r w:rsidRPr="002B5FD0">
              <w:t>Ik begin om acht uur.</w:t>
            </w:r>
          </w:p>
        </w:tc>
        <w:tc>
          <w:tcPr>
            <w:tcW w:w="4320" w:type="dxa"/>
          </w:tcPr>
          <w:p w14:paraId="5517798F" w14:textId="77777777" w:rsidR="00CA6DD1" w:rsidRPr="002B5FD0" w:rsidRDefault="00000000">
            <w:r w:rsidRPr="002B5FD0">
              <w:t>Zaczynam o ósmej.</w:t>
            </w:r>
          </w:p>
        </w:tc>
      </w:tr>
      <w:tr w:rsidR="00CA6DD1" w:rsidRPr="002B5FD0" w14:paraId="5F7FDEA9" w14:textId="77777777">
        <w:tc>
          <w:tcPr>
            <w:tcW w:w="4320" w:type="dxa"/>
          </w:tcPr>
          <w:p w14:paraId="7BE29566" w14:textId="77777777" w:rsidR="00CA6DD1" w:rsidRPr="002B5FD0" w:rsidRDefault="00000000">
            <w:r w:rsidRPr="002B5FD0">
              <w:t>Ik werk tot vijf uur.</w:t>
            </w:r>
          </w:p>
        </w:tc>
        <w:tc>
          <w:tcPr>
            <w:tcW w:w="4320" w:type="dxa"/>
          </w:tcPr>
          <w:p w14:paraId="3E8A6CE2" w14:textId="77777777" w:rsidR="00CA6DD1" w:rsidRPr="002B5FD0" w:rsidRDefault="00000000">
            <w:r w:rsidRPr="002B5FD0">
              <w:t>Pracuję do piątej.</w:t>
            </w:r>
          </w:p>
        </w:tc>
      </w:tr>
      <w:tr w:rsidR="00CA6DD1" w:rsidRPr="002B5FD0" w14:paraId="5D3B4DB8" w14:textId="77777777">
        <w:tc>
          <w:tcPr>
            <w:tcW w:w="4320" w:type="dxa"/>
          </w:tcPr>
          <w:p w14:paraId="478DDAF3" w14:textId="77777777" w:rsidR="00CA6DD1" w:rsidRPr="002B5FD0" w:rsidRDefault="00000000">
            <w:r w:rsidRPr="002B5FD0">
              <w:t>Ik heb pauze van twaalf tot half één.</w:t>
            </w:r>
          </w:p>
        </w:tc>
        <w:tc>
          <w:tcPr>
            <w:tcW w:w="4320" w:type="dxa"/>
          </w:tcPr>
          <w:p w14:paraId="28158926" w14:textId="77777777" w:rsidR="00CA6DD1" w:rsidRPr="002B5FD0" w:rsidRDefault="00000000">
            <w:r w:rsidRPr="002B5FD0">
              <w:t>Mam przerwę od dwunastej do dwunastej trzydzieści.</w:t>
            </w:r>
          </w:p>
        </w:tc>
      </w:tr>
      <w:tr w:rsidR="00CA6DD1" w:rsidRPr="002B5FD0" w14:paraId="32B57EEB" w14:textId="77777777">
        <w:tc>
          <w:tcPr>
            <w:tcW w:w="4320" w:type="dxa"/>
          </w:tcPr>
          <w:p w14:paraId="472180A8" w14:textId="77777777" w:rsidR="00CA6DD1" w:rsidRPr="002B5FD0" w:rsidRDefault="00000000">
            <w:r w:rsidRPr="002B5FD0">
              <w:t>Ik moet vandaag overwerken.</w:t>
            </w:r>
          </w:p>
        </w:tc>
        <w:tc>
          <w:tcPr>
            <w:tcW w:w="4320" w:type="dxa"/>
          </w:tcPr>
          <w:p w14:paraId="6B518DB0" w14:textId="77777777" w:rsidR="00CA6DD1" w:rsidRPr="002B5FD0" w:rsidRDefault="00000000">
            <w:r w:rsidRPr="002B5FD0">
              <w:t>Muszę dzisiaj zostać po godzinach.</w:t>
            </w:r>
          </w:p>
        </w:tc>
      </w:tr>
      <w:tr w:rsidR="00CA6DD1" w:rsidRPr="002B5FD0" w14:paraId="07FA1C3B" w14:textId="77777777">
        <w:tc>
          <w:tcPr>
            <w:tcW w:w="4320" w:type="dxa"/>
          </w:tcPr>
          <w:p w14:paraId="77D2B916" w14:textId="77777777" w:rsidR="00CA6DD1" w:rsidRPr="002B5FD0" w:rsidRDefault="00000000">
            <w:r w:rsidRPr="002B5FD0">
              <w:t>Mijn collega is aardig.</w:t>
            </w:r>
          </w:p>
        </w:tc>
        <w:tc>
          <w:tcPr>
            <w:tcW w:w="4320" w:type="dxa"/>
          </w:tcPr>
          <w:p w14:paraId="6A137847" w14:textId="77777777" w:rsidR="00CA6DD1" w:rsidRPr="002B5FD0" w:rsidRDefault="00000000">
            <w:r w:rsidRPr="002B5FD0">
              <w:t>Mój kolega z pracy jest miły.</w:t>
            </w:r>
          </w:p>
        </w:tc>
      </w:tr>
      <w:tr w:rsidR="00CA6DD1" w:rsidRPr="002B5FD0" w14:paraId="6DB7C99B" w14:textId="77777777">
        <w:tc>
          <w:tcPr>
            <w:tcW w:w="4320" w:type="dxa"/>
          </w:tcPr>
          <w:p w14:paraId="2119AE25" w14:textId="77777777" w:rsidR="00CA6DD1" w:rsidRPr="002B5FD0" w:rsidRDefault="00000000">
            <w:r w:rsidRPr="002B5FD0">
              <w:t>Mijn baas is streng maar eerlijk.</w:t>
            </w:r>
          </w:p>
        </w:tc>
        <w:tc>
          <w:tcPr>
            <w:tcW w:w="4320" w:type="dxa"/>
          </w:tcPr>
          <w:p w14:paraId="713A8972" w14:textId="77777777" w:rsidR="00CA6DD1" w:rsidRPr="002B5FD0" w:rsidRDefault="00000000">
            <w:r w:rsidRPr="002B5FD0">
              <w:t>Mój szef jest surowy, ale sprawiedliwy.</w:t>
            </w:r>
          </w:p>
        </w:tc>
      </w:tr>
      <w:tr w:rsidR="00CA6DD1" w:rsidRPr="002B5FD0" w14:paraId="4921B287" w14:textId="77777777">
        <w:tc>
          <w:tcPr>
            <w:tcW w:w="4320" w:type="dxa"/>
          </w:tcPr>
          <w:p w14:paraId="3EBE2E6D" w14:textId="77777777" w:rsidR="00CA6DD1" w:rsidRPr="002B5FD0" w:rsidRDefault="00000000">
            <w:r w:rsidRPr="002B5FD0">
              <w:t>Ik ben ziek en kan vandaag niet werken.</w:t>
            </w:r>
          </w:p>
        </w:tc>
        <w:tc>
          <w:tcPr>
            <w:tcW w:w="4320" w:type="dxa"/>
          </w:tcPr>
          <w:p w14:paraId="2107F3D3" w14:textId="77777777" w:rsidR="00CA6DD1" w:rsidRPr="002B5FD0" w:rsidRDefault="00000000">
            <w:r w:rsidRPr="002B5FD0">
              <w:t>Jestem chory i nie mogę dziś pracować.</w:t>
            </w:r>
          </w:p>
        </w:tc>
      </w:tr>
      <w:tr w:rsidR="00CA6DD1" w:rsidRPr="002B5FD0" w14:paraId="23B835FC" w14:textId="77777777">
        <w:tc>
          <w:tcPr>
            <w:tcW w:w="4320" w:type="dxa"/>
          </w:tcPr>
          <w:p w14:paraId="2CCACCD2" w14:textId="77777777" w:rsidR="00CA6DD1" w:rsidRPr="002B5FD0" w:rsidRDefault="00000000">
            <w:r w:rsidRPr="002B5FD0">
              <w:t>Wanneer is de volgende vergadering?</w:t>
            </w:r>
          </w:p>
        </w:tc>
        <w:tc>
          <w:tcPr>
            <w:tcW w:w="4320" w:type="dxa"/>
          </w:tcPr>
          <w:p w14:paraId="7B205DB7" w14:textId="77777777" w:rsidR="00CA6DD1" w:rsidRPr="002B5FD0" w:rsidRDefault="00000000">
            <w:r w:rsidRPr="002B5FD0">
              <w:t>Kiedy jest następne zebranie?</w:t>
            </w:r>
          </w:p>
        </w:tc>
      </w:tr>
      <w:tr w:rsidR="00CA6DD1" w:rsidRPr="002B5FD0" w14:paraId="616BAADE" w14:textId="77777777">
        <w:tc>
          <w:tcPr>
            <w:tcW w:w="4320" w:type="dxa"/>
          </w:tcPr>
          <w:p w14:paraId="6CFBCBCD" w14:textId="77777777" w:rsidR="00CA6DD1" w:rsidRPr="002B5FD0" w:rsidRDefault="00000000">
            <w:r w:rsidRPr="002B5FD0">
              <w:t>Kunt u dat herhalen, alstublieft?</w:t>
            </w:r>
          </w:p>
        </w:tc>
        <w:tc>
          <w:tcPr>
            <w:tcW w:w="4320" w:type="dxa"/>
          </w:tcPr>
          <w:p w14:paraId="12C66DB6" w14:textId="77777777" w:rsidR="00CA6DD1" w:rsidRPr="002B5FD0" w:rsidRDefault="00000000">
            <w:r w:rsidRPr="002B5FD0">
              <w:t>Czy może pan/pani to powtórzyć, proszę?</w:t>
            </w:r>
          </w:p>
        </w:tc>
      </w:tr>
      <w:tr w:rsidR="00CA6DD1" w:rsidRPr="002B5FD0" w14:paraId="67AB5A57" w14:textId="77777777">
        <w:tc>
          <w:tcPr>
            <w:tcW w:w="4320" w:type="dxa"/>
          </w:tcPr>
          <w:p w14:paraId="7A86F8FC" w14:textId="77777777" w:rsidR="00CA6DD1" w:rsidRPr="002B5FD0" w:rsidRDefault="00000000">
            <w:r w:rsidRPr="002B5FD0">
              <w:t>Ik begrijp het niet.</w:t>
            </w:r>
          </w:p>
        </w:tc>
        <w:tc>
          <w:tcPr>
            <w:tcW w:w="4320" w:type="dxa"/>
          </w:tcPr>
          <w:p w14:paraId="270AE2CB" w14:textId="77777777" w:rsidR="00CA6DD1" w:rsidRPr="002B5FD0" w:rsidRDefault="00000000">
            <w:r w:rsidRPr="002B5FD0">
              <w:t>Nie rozumiem.</w:t>
            </w:r>
          </w:p>
        </w:tc>
      </w:tr>
      <w:tr w:rsidR="00CA6DD1" w:rsidRPr="002B5FD0" w14:paraId="28F75B57" w14:textId="77777777">
        <w:tc>
          <w:tcPr>
            <w:tcW w:w="4320" w:type="dxa"/>
          </w:tcPr>
          <w:p w14:paraId="33B59838" w14:textId="77777777" w:rsidR="00CA6DD1" w:rsidRPr="002B5FD0" w:rsidRDefault="00000000">
            <w:r w:rsidRPr="002B5FD0">
              <w:t>Kunt u het uitleggen?</w:t>
            </w:r>
          </w:p>
        </w:tc>
        <w:tc>
          <w:tcPr>
            <w:tcW w:w="4320" w:type="dxa"/>
          </w:tcPr>
          <w:p w14:paraId="589D634D" w14:textId="77777777" w:rsidR="00CA6DD1" w:rsidRPr="002B5FD0" w:rsidRDefault="00000000">
            <w:r w:rsidRPr="002B5FD0">
              <w:t>Czy może pan/pani to wyjaśnić?</w:t>
            </w:r>
          </w:p>
        </w:tc>
      </w:tr>
      <w:tr w:rsidR="00CA6DD1" w:rsidRPr="002B5FD0" w14:paraId="127AB316" w14:textId="77777777">
        <w:tc>
          <w:tcPr>
            <w:tcW w:w="4320" w:type="dxa"/>
          </w:tcPr>
          <w:p w14:paraId="3477CE55" w14:textId="77777777" w:rsidR="00CA6DD1" w:rsidRPr="002B5FD0" w:rsidRDefault="00000000">
            <w:r w:rsidRPr="002B5FD0">
              <w:t>Wat zijn mijn taken vandaag?</w:t>
            </w:r>
          </w:p>
        </w:tc>
        <w:tc>
          <w:tcPr>
            <w:tcW w:w="4320" w:type="dxa"/>
          </w:tcPr>
          <w:p w14:paraId="73334F6B" w14:textId="77777777" w:rsidR="00CA6DD1" w:rsidRPr="002B5FD0" w:rsidRDefault="00000000">
            <w:r w:rsidRPr="002B5FD0">
              <w:t>Jakie mam dziś zadania?</w:t>
            </w:r>
          </w:p>
        </w:tc>
      </w:tr>
      <w:tr w:rsidR="00CA6DD1" w:rsidRPr="002B5FD0" w14:paraId="5FAB9187" w14:textId="77777777">
        <w:tc>
          <w:tcPr>
            <w:tcW w:w="4320" w:type="dxa"/>
          </w:tcPr>
          <w:p w14:paraId="0835062C" w14:textId="77777777" w:rsidR="00CA6DD1" w:rsidRPr="002B5FD0" w:rsidRDefault="00000000">
            <w:r w:rsidRPr="002B5FD0">
              <w:t>Waar is de werkkleding?</w:t>
            </w:r>
          </w:p>
        </w:tc>
        <w:tc>
          <w:tcPr>
            <w:tcW w:w="4320" w:type="dxa"/>
          </w:tcPr>
          <w:p w14:paraId="753A7BC8" w14:textId="77777777" w:rsidR="00CA6DD1" w:rsidRPr="002B5FD0" w:rsidRDefault="00000000">
            <w:r w:rsidRPr="002B5FD0">
              <w:t>Gdzie jest odzież robocza?</w:t>
            </w:r>
          </w:p>
        </w:tc>
      </w:tr>
      <w:tr w:rsidR="00CA6DD1" w:rsidRPr="002B5FD0" w14:paraId="1170705E" w14:textId="77777777">
        <w:tc>
          <w:tcPr>
            <w:tcW w:w="4320" w:type="dxa"/>
          </w:tcPr>
          <w:p w14:paraId="53FADB35" w14:textId="77777777" w:rsidR="00CA6DD1" w:rsidRPr="002B5FD0" w:rsidRDefault="00000000">
            <w:r w:rsidRPr="002B5FD0">
              <w:t>Heb ik morgen vrij?</w:t>
            </w:r>
          </w:p>
        </w:tc>
        <w:tc>
          <w:tcPr>
            <w:tcW w:w="4320" w:type="dxa"/>
          </w:tcPr>
          <w:p w14:paraId="59B8610F" w14:textId="77777777" w:rsidR="00CA6DD1" w:rsidRPr="002B5FD0" w:rsidRDefault="00000000">
            <w:r w:rsidRPr="002B5FD0">
              <w:t>Czy mam jutro wolne?</w:t>
            </w:r>
          </w:p>
        </w:tc>
      </w:tr>
      <w:tr w:rsidR="00CA6DD1" w:rsidRPr="002B5FD0" w14:paraId="0383C19D" w14:textId="77777777">
        <w:tc>
          <w:tcPr>
            <w:tcW w:w="4320" w:type="dxa"/>
          </w:tcPr>
          <w:p w14:paraId="2193798D" w14:textId="77777777" w:rsidR="00CA6DD1" w:rsidRPr="002B5FD0" w:rsidRDefault="00000000">
            <w:r w:rsidRPr="002B5FD0">
              <w:t>Ik heb een vraag over mijn contract.</w:t>
            </w:r>
          </w:p>
        </w:tc>
        <w:tc>
          <w:tcPr>
            <w:tcW w:w="4320" w:type="dxa"/>
          </w:tcPr>
          <w:p w14:paraId="31AAE0ED" w14:textId="77777777" w:rsidR="00CA6DD1" w:rsidRPr="002B5FD0" w:rsidRDefault="00000000">
            <w:r w:rsidRPr="002B5FD0">
              <w:t>Mam pytanie dotyczące mojej umowy.</w:t>
            </w:r>
          </w:p>
        </w:tc>
      </w:tr>
      <w:tr w:rsidR="00CA6DD1" w:rsidRPr="002B5FD0" w14:paraId="428ECB60" w14:textId="77777777">
        <w:tc>
          <w:tcPr>
            <w:tcW w:w="4320" w:type="dxa"/>
          </w:tcPr>
          <w:p w14:paraId="70A74B85" w14:textId="77777777" w:rsidR="00CA6DD1" w:rsidRPr="002B5FD0" w:rsidRDefault="00000000">
            <w:r w:rsidRPr="002B5FD0">
              <w:t>Ik wil graag vakantie aanvragen.</w:t>
            </w:r>
          </w:p>
        </w:tc>
        <w:tc>
          <w:tcPr>
            <w:tcW w:w="4320" w:type="dxa"/>
          </w:tcPr>
          <w:p w14:paraId="5D0922F4" w14:textId="77777777" w:rsidR="00CA6DD1" w:rsidRPr="002B5FD0" w:rsidRDefault="00000000">
            <w:r w:rsidRPr="002B5FD0">
              <w:t>Chciałbym/Chciałabym złożyć wniosek o urlop.</w:t>
            </w:r>
          </w:p>
        </w:tc>
      </w:tr>
      <w:tr w:rsidR="00CA6DD1" w:rsidRPr="002B5FD0" w14:paraId="1144FCBC" w14:textId="77777777">
        <w:tc>
          <w:tcPr>
            <w:tcW w:w="4320" w:type="dxa"/>
          </w:tcPr>
          <w:p w14:paraId="7B1CE874" w14:textId="77777777" w:rsidR="00CA6DD1" w:rsidRPr="002B5FD0" w:rsidRDefault="00000000">
            <w:r w:rsidRPr="002B5FD0">
              <w:lastRenderedPageBreak/>
              <w:t>Ik wil mijn contract verlengen.</w:t>
            </w:r>
          </w:p>
        </w:tc>
        <w:tc>
          <w:tcPr>
            <w:tcW w:w="4320" w:type="dxa"/>
          </w:tcPr>
          <w:p w14:paraId="1F0EAE64" w14:textId="77777777" w:rsidR="00CA6DD1" w:rsidRPr="002B5FD0" w:rsidRDefault="00000000">
            <w:r w:rsidRPr="002B5FD0">
              <w:t>Chciałbym/Chciałabym przedłużyć umowę.</w:t>
            </w:r>
          </w:p>
        </w:tc>
      </w:tr>
      <w:tr w:rsidR="00CA6DD1" w:rsidRPr="002B5FD0" w14:paraId="021086AD" w14:textId="77777777">
        <w:tc>
          <w:tcPr>
            <w:tcW w:w="4320" w:type="dxa"/>
          </w:tcPr>
          <w:p w14:paraId="1EA079F0" w14:textId="77777777" w:rsidR="00CA6DD1" w:rsidRPr="002B5FD0" w:rsidRDefault="00000000">
            <w:r w:rsidRPr="002B5FD0">
              <w:t>Ik wil ontslag nemen.</w:t>
            </w:r>
          </w:p>
        </w:tc>
        <w:tc>
          <w:tcPr>
            <w:tcW w:w="4320" w:type="dxa"/>
          </w:tcPr>
          <w:p w14:paraId="0D72A42A" w14:textId="77777777" w:rsidR="00CA6DD1" w:rsidRPr="002B5FD0" w:rsidRDefault="00000000">
            <w:r w:rsidRPr="002B5FD0">
              <w:t>Chcę zrezygnować z pracy.</w:t>
            </w:r>
          </w:p>
        </w:tc>
      </w:tr>
      <w:tr w:rsidR="00CA6DD1" w:rsidRPr="002B5FD0" w14:paraId="01189FA2" w14:textId="77777777">
        <w:tc>
          <w:tcPr>
            <w:tcW w:w="4320" w:type="dxa"/>
          </w:tcPr>
          <w:p w14:paraId="4F0B3CCA" w14:textId="77777777" w:rsidR="00CA6DD1" w:rsidRPr="002B5FD0" w:rsidRDefault="00000000">
            <w:r w:rsidRPr="002B5FD0">
              <w:t>Ik heb hulp nodig.</w:t>
            </w:r>
          </w:p>
        </w:tc>
        <w:tc>
          <w:tcPr>
            <w:tcW w:w="4320" w:type="dxa"/>
          </w:tcPr>
          <w:p w14:paraId="7D27F616" w14:textId="77777777" w:rsidR="00CA6DD1" w:rsidRPr="002B5FD0" w:rsidRDefault="00000000">
            <w:r w:rsidRPr="002B5FD0">
              <w:t>Potrzebuję pomocy.</w:t>
            </w:r>
          </w:p>
        </w:tc>
      </w:tr>
      <w:tr w:rsidR="00CA6DD1" w:rsidRPr="002B5FD0" w14:paraId="4B5A5145" w14:textId="77777777">
        <w:tc>
          <w:tcPr>
            <w:tcW w:w="4320" w:type="dxa"/>
          </w:tcPr>
          <w:p w14:paraId="28B0C439" w14:textId="77777777" w:rsidR="00CA6DD1" w:rsidRPr="002B5FD0" w:rsidRDefault="00000000">
            <w:r w:rsidRPr="002B5FD0">
              <w:t>Dank je voor je hulp.</w:t>
            </w:r>
          </w:p>
        </w:tc>
        <w:tc>
          <w:tcPr>
            <w:tcW w:w="4320" w:type="dxa"/>
          </w:tcPr>
          <w:p w14:paraId="2064854B" w14:textId="77777777" w:rsidR="00CA6DD1" w:rsidRPr="002B5FD0" w:rsidRDefault="00000000">
            <w:r w:rsidRPr="002B5FD0">
              <w:t>Dziękuję za pomoc.</w:t>
            </w:r>
          </w:p>
        </w:tc>
      </w:tr>
      <w:tr w:rsidR="00CA6DD1" w:rsidRPr="002B5FD0" w14:paraId="161D9E5B" w14:textId="77777777">
        <w:tc>
          <w:tcPr>
            <w:tcW w:w="4320" w:type="dxa"/>
          </w:tcPr>
          <w:p w14:paraId="62EC9D0B" w14:textId="77777777" w:rsidR="00CA6DD1" w:rsidRPr="002B5FD0" w:rsidRDefault="00000000">
            <w:r w:rsidRPr="002B5FD0">
              <w:t>Ik moet op tijd zijn.</w:t>
            </w:r>
          </w:p>
        </w:tc>
        <w:tc>
          <w:tcPr>
            <w:tcW w:w="4320" w:type="dxa"/>
          </w:tcPr>
          <w:p w14:paraId="2A519068" w14:textId="77777777" w:rsidR="00CA6DD1" w:rsidRPr="002B5FD0" w:rsidRDefault="00000000">
            <w:r w:rsidRPr="002B5FD0">
              <w:t>Muszę być na czas.</w:t>
            </w:r>
          </w:p>
        </w:tc>
      </w:tr>
      <w:tr w:rsidR="00CA6DD1" w:rsidRPr="002B5FD0" w14:paraId="2E2817AE" w14:textId="77777777">
        <w:tc>
          <w:tcPr>
            <w:tcW w:w="4320" w:type="dxa"/>
          </w:tcPr>
          <w:p w14:paraId="0950C1DC" w14:textId="77777777" w:rsidR="00CA6DD1" w:rsidRPr="002B5FD0" w:rsidRDefault="00000000">
            <w:r w:rsidRPr="002B5FD0">
              <w:t>De werkdag begint om zeven uur.</w:t>
            </w:r>
          </w:p>
        </w:tc>
        <w:tc>
          <w:tcPr>
            <w:tcW w:w="4320" w:type="dxa"/>
          </w:tcPr>
          <w:p w14:paraId="7A29BC42" w14:textId="77777777" w:rsidR="00CA6DD1" w:rsidRPr="002B5FD0" w:rsidRDefault="00000000">
            <w:r w:rsidRPr="002B5FD0">
              <w:t>Dzień pracy zaczyna się o siódmej.</w:t>
            </w:r>
          </w:p>
        </w:tc>
      </w:tr>
      <w:tr w:rsidR="00CA6DD1" w:rsidRPr="002B5FD0" w14:paraId="4A09AA32" w14:textId="77777777">
        <w:tc>
          <w:tcPr>
            <w:tcW w:w="4320" w:type="dxa"/>
          </w:tcPr>
          <w:p w14:paraId="532130AC" w14:textId="77777777" w:rsidR="00CA6DD1" w:rsidRPr="002B5FD0" w:rsidRDefault="00000000">
            <w:r w:rsidRPr="002B5FD0">
              <w:t>Ik ben klaar met mijn werk.</w:t>
            </w:r>
          </w:p>
        </w:tc>
        <w:tc>
          <w:tcPr>
            <w:tcW w:w="4320" w:type="dxa"/>
          </w:tcPr>
          <w:p w14:paraId="3B5514BF" w14:textId="77777777" w:rsidR="00CA6DD1" w:rsidRPr="002B5FD0" w:rsidRDefault="00000000">
            <w:r w:rsidRPr="002B5FD0">
              <w:t>Skończyłem/am swoją pracę.</w:t>
            </w:r>
          </w:p>
        </w:tc>
      </w:tr>
      <w:tr w:rsidR="00CA6DD1" w:rsidRPr="002B5FD0" w14:paraId="4D49AA4E" w14:textId="77777777">
        <w:tc>
          <w:tcPr>
            <w:tcW w:w="4320" w:type="dxa"/>
          </w:tcPr>
          <w:p w14:paraId="6FD30C97" w14:textId="77777777" w:rsidR="00CA6DD1" w:rsidRPr="002B5FD0" w:rsidRDefault="00000000">
            <w:r w:rsidRPr="002B5FD0">
              <w:t>Kan ik eerder naar huis gaan?</w:t>
            </w:r>
          </w:p>
        </w:tc>
        <w:tc>
          <w:tcPr>
            <w:tcW w:w="4320" w:type="dxa"/>
          </w:tcPr>
          <w:p w14:paraId="0E96E130" w14:textId="77777777" w:rsidR="00CA6DD1" w:rsidRPr="002B5FD0" w:rsidRDefault="00000000">
            <w:r w:rsidRPr="002B5FD0">
              <w:t>Czy mogę wcześniej wyjść do domu?</w:t>
            </w:r>
          </w:p>
        </w:tc>
      </w:tr>
      <w:tr w:rsidR="00CA6DD1" w:rsidRPr="002B5FD0" w14:paraId="3C5D4BE1" w14:textId="77777777">
        <w:tc>
          <w:tcPr>
            <w:tcW w:w="4320" w:type="dxa"/>
          </w:tcPr>
          <w:p w14:paraId="1E175133" w14:textId="77777777" w:rsidR="00CA6DD1" w:rsidRPr="002B5FD0" w:rsidRDefault="00000000">
            <w:r w:rsidRPr="002B5FD0">
              <w:t>Ik heb een vrije dag genomen.</w:t>
            </w:r>
          </w:p>
        </w:tc>
        <w:tc>
          <w:tcPr>
            <w:tcW w:w="4320" w:type="dxa"/>
          </w:tcPr>
          <w:p w14:paraId="7F92C35A" w14:textId="3F3D2DE6" w:rsidR="00CA6DD1" w:rsidRPr="002B5FD0" w:rsidRDefault="00000000">
            <w:r w:rsidRPr="002B5FD0">
              <w:t>Wziąłem/</w:t>
            </w:r>
            <w:r w:rsidR="004F690A">
              <w:t>wzięł</w:t>
            </w:r>
            <w:r w:rsidR="004F690A" w:rsidRPr="002B5FD0">
              <w:t>am</w:t>
            </w:r>
            <w:r w:rsidRPr="002B5FD0">
              <w:t xml:space="preserve"> dzień wolny.</w:t>
            </w:r>
          </w:p>
        </w:tc>
      </w:tr>
      <w:tr w:rsidR="00CA6DD1" w:rsidRPr="002B5FD0" w14:paraId="7B380965" w14:textId="77777777">
        <w:tc>
          <w:tcPr>
            <w:tcW w:w="4320" w:type="dxa"/>
          </w:tcPr>
          <w:p w14:paraId="6234DE10" w14:textId="77777777" w:rsidR="00CA6DD1" w:rsidRPr="002B5FD0" w:rsidRDefault="00000000">
            <w:r w:rsidRPr="002B5FD0">
              <w:t>Ik heb mijn werk vandaag afgemaakt.</w:t>
            </w:r>
          </w:p>
        </w:tc>
        <w:tc>
          <w:tcPr>
            <w:tcW w:w="4320" w:type="dxa"/>
          </w:tcPr>
          <w:p w14:paraId="2137F829" w14:textId="77777777" w:rsidR="00CA6DD1" w:rsidRPr="002B5FD0" w:rsidRDefault="00000000">
            <w:r w:rsidRPr="002B5FD0">
              <w:t>Skończyłem/am swoją pracę na dziś.</w:t>
            </w:r>
          </w:p>
        </w:tc>
      </w:tr>
      <w:tr w:rsidR="00CA6DD1" w:rsidRPr="002B5FD0" w14:paraId="51ECC92E" w14:textId="77777777">
        <w:tc>
          <w:tcPr>
            <w:tcW w:w="4320" w:type="dxa"/>
          </w:tcPr>
          <w:p w14:paraId="2FCD52FD" w14:textId="77777777" w:rsidR="00CA6DD1" w:rsidRPr="002B5FD0" w:rsidRDefault="00000000">
            <w:r w:rsidRPr="002B5FD0">
              <w:t>Kunt u mij helpen met deze taak?</w:t>
            </w:r>
          </w:p>
        </w:tc>
        <w:tc>
          <w:tcPr>
            <w:tcW w:w="4320" w:type="dxa"/>
          </w:tcPr>
          <w:p w14:paraId="72F591F1" w14:textId="77777777" w:rsidR="00CA6DD1" w:rsidRPr="002B5FD0" w:rsidRDefault="00000000">
            <w:r w:rsidRPr="002B5FD0">
              <w:t>Czy może mi pan/pani pomóc z tym zadaniem?</w:t>
            </w:r>
          </w:p>
        </w:tc>
      </w:tr>
      <w:tr w:rsidR="00CA6DD1" w:rsidRPr="002B5FD0" w14:paraId="2E9138E5" w14:textId="77777777">
        <w:tc>
          <w:tcPr>
            <w:tcW w:w="4320" w:type="dxa"/>
          </w:tcPr>
          <w:p w14:paraId="03EEC2A8" w14:textId="77777777" w:rsidR="00CA6DD1" w:rsidRPr="002B5FD0" w:rsidRDefault="00000000">
            <w:r w:rsidRPr="002B5FD0">
              <w:t>Ik begrijp de instructies niet.</w:t>
            </w:r>
          </w:p>
        </w:tc>
        <w:tc>
          <w:tcPr>
            <w:tcW w:w="4320" w:type="dxa"/>
          </w:tcPr>
          <w:p w14:paraId="79AE4B71" w14:textId="77777777" w:rsidR="00CA6DD1" w:rsidRPr="002B5FD0" w:rsidRDefault="00000000">
            <w:r w:rsidRPr="002B5FD0">
              <w:t>Nie rozumiem instrukcji.</w:t>
            </w:r>
          </w:p>
        </w:tc>
      </w:tr>
      <w:tr w:rsidR="00CA6DD1" w:rsidRPr="002B5FD0" w14:paraId="1953D18E" w14:textId="77777777">
        <w:tc>
          <w:tcPr>
            <w:tcW w:w="4320" w:type="dxa"/>
          </w:tcPr>
          <w:p w14:paraId="14407300" w14:textId="77777777" w:rsidR="00CA6DD1" w:rsidRPr="002B5FD0" w:rsidRDefault="00000000">
            <w:r w:rsidRPr="002B5FD0">
              <w:t>Waar kan ik dit opslaan?</w:t>
            </w:r>
          </w:p>
        </w:tc>
        <w:tc>
          <w:tcPr>
            <w:tcW w:w="4320" w:type="dxa"/>
          </w:tcPr>
          <w:p w14:paraId="07887742" w14:textId="77777777" w:rsidR="00CA6DD1" w:rsidRPr="002B5FD0" w:rsidRDefault="00000000">
            <w:r w:rsidRPr="002B5FD0">
              <w:t>Gdzie mogę to przechować?</w:t>
            </w:r>
          </w:p>
        </w:tc>
      </w:tr>
      <w:tr w:rsidR="00CA6DD1" w:rsidRPr="002B5FD0" w14:paraId="0F433570" w14:textId="77777777">
        <w:tc>
          <w:tcPr>
            <w:tcW w:w="4320" w:type="dxa"/>
          </w:tcPr>
          <w:p w14:paraId="3F9AFF5D" w14:textId="77777777" w:rsidR="00CA6DD1" w:rsidRPr="002B5FD0" w:rsidRDefault="00000000">
            <w:r w:rsidRPr="002B5FD0">
              <w:t>Wanneer moet dit klaar zijn?</w:t>
            </w:r>
          </w:p>
        </w:tc>
        <w:tc>
          <w:tcPr>
            <w:tcW w:w="4320" w:type="dxa"/>
          </w:tcPr>
          <w:p w14:paraId="38437744" w14:textId="77777777" w:rsidR="00CA6DD1" w:rsidRPr="002B5FD0" w:rsidRDefault="00000000">
            <w:r w:rsidRPr="002B5FD0">
              <w:t>Na kiedy to ma być gotowe?</w:t>
            </w:r>
          </w:p>
        </w:tc>
      </w:tr>
      <w:tr w:rsidR="00CA6DD1" w:rsidRPr="002B5FD0" w14:paraId="414BD3B8" w14:textId="77777777">
        <w:tc>
          <w:tcPr>
            <w:tcW w:w="4320" w:type="dxa"/>
          </w:tcPr>
          <w:p w14:paraId="2065B2FA" w14:textId="77777777" w:rsidR="00CA6DD1" w:rsidRPr="002B5FD0" w:rsidRDefault="00000000">
            <w:r w:rsidRPr="002B5FD0">
              <w:t>Ik ben onderweg naar het werk.</w:t>
            </w:r>
          </w:p>
        </w:tc>
        <w:tc>
          <w:tcPr>
            <w:tcW w:w="4320" w:type="dxa"/>
          </w:tcPr>
          <w:p w14:paraId="788FD784" w14:textId="77777777" w:rsidR="00CA6DD1" w:rsidRPr="002B5FD0" w:rsidRDefault="00000000">
            <w:r w:rsidRPr="002B5FD0">
              <w:t>Jestem w drodze do pracy.</w:t>
            </w:r>
          </w:p>
        </w:tc>
      </w:tr>
      <w:tr w:rsidR="00CA6DD1" w:rsidRPr="002B5FD0" w14:paraId="46F5CB81" w14:textId="77777777">
        <w:tc>
          <w:tcPr>
            <w:tcW w:w="4320" w:type="dxa"/>
          </w:tcPr>
          <w:p w14:paraId="150621EC" w14:textId="77777777" w:rsidR="00CA6DD1" w:rsidRPr="002B5FD0" w:rsidRDefault="00000000">
            <w:r w:rsidRPr="002B5FD0">
              <w:t>Ik ben te laat door het verkeer.</w:t>
            </w:r>
          </w:p>
        </w:tc>
        <w:tc>
          <w:tcPr>
            <w:tcW w:w="4320" w:type="dxa"/>
          </w:tcPr>
          <w:p w14:paraId="275019AD" w14:textId="77777777" w:rsidR="00CA6DD1" w:rsidRPr="002B5FD0" w:rsidRDefault="00000000">
            <w:r w:rsidRPr="002B5FD0">
              <w:t>Spóźniłem/am się przez korek.</w:t>
            </w:r>
          </w:p>
        </w:tc>
      </w:tr>
      <w:tr w:rsidR="00CA6DD1" w:rsidRPr="002B5FD0" w14:paraId="56485A3D" w14:textId="77777777">
        <w:tc>
          <w:tcPr>
            <w:tcW w:w="4320" w:type="dxa"/>
          </w:tcPr>
          <w:p w14:paraId="5E8CDC8B" w14:textId="77777777" w:rsidR="00CA6DD1" w:rsidRPr="002B5FD0" w:rsidRDefault="00000000">
            <w:r w:rsidRPr="002B5FD0">
              <w:t>Mijn trein had vertraging.</w:t>
            </w:r>
          </w:p>
        </w:tc>
        <w:tc>
          <w:tcPr>
            <w:tcW w:w="4320" w:type="dxa"/>
          </w:tcPr>
          <w:p w14:paraId="5CF5A1AD" w14:textId="77777777" w:rsidR="00CA6DD1" w:rsidRPr="002B5FD0" w:rsidRDefault="00000000">
            <w:r w:rsidRPr="002B5FD0">
              <w:t>Mój pociąg miał opóźnienie.</w:t>
            </w:r>
          </w:p>
        </w:tc>
      </w:tr>
      <w:tr w:rsidR="00CA6DD1" w:rsidRPr="002B5FD0" w14:paraId="65425B12" w14:textId="77777777">
        <w:tc>
          <w:tcPr>
            <w:tcW w:w="4320" w:type="dxa"/>
          </w:tcPr>
          <w:p w14:paraId="30BAC1AF" w14:textId="77777777" w:rsidR="00CA6DD1" w:rsidRPr="002B5FD0" w:rsidRDefault="00000000">
            <w:r w:rsidRPr="002B5FD0">
              <w:t>Mag ik pauze nemen?</w:t>
            </w:r>
          </w:p>
        </w:tc>
        <w:tc>
          <w:tcPr>
            <w:tcW w:w="4320" w:type="dxa"/>
          </w:tcPr>
          <w:p w14:paraId="07A52328" w14:textId="77777777" w:rsidR="00CA6DD1" w:rsidRPr="002B5FD0" w:rsidRDefault="00000000">
            <w:r w:rsidRPr="002B5FD0">
              <w:t>Czy mogę zrobić przerwę?</w:t>
            </w:r>
          </w:p>
        </w:tc>
      </w:tr>
      <w:tr w:rsidR="00CA6DD1" w:rsidRPr="002B5FD0" w14:paraId="71B692EC" w14:textId="77777777">
        <w:tc>
          <w:tcPr>
            <w:tcW w:w="4320" w:type="dxa"/>
          </w:tcPr>
          <w:p w14:paraId="3DAC9B74" w14:textId="77777777" w:rsidR="00CA6DD1" w:rsidRPr="002B5FD0" w:rsidRDefault="00000000">
            <w:r w:rsidRPr="002B5FD0">
              <w:t>Waar is het toilet?</w:t>
            </w:r>
          </w:p>
        </w:tc>
        <w:tc>
          <w:tcPr>
            <w:tcW w:w="4320" w:type="dxa"/>
          </w:tcPr>
          <w:p w14:paraId="21D489C8" w14:textId="77777777" w:rsidR="00CA6DD1" w:rsidRPr="002B5FD0" w:rsidRDefault="00000000">
            <w:r w:rsidRPr="002B5FD0">
              <w:t>Gdzie jest toaleta?</w:t>
            </w:r>
          </w:p>
        </w:tc>
      </w:tr>
      <w:tr w:rsidR="00CA6DD1" w:rsidRPr="002B5FD0" w14:paraId="3D9A2C95" w14:textId="77777777">
        <w:tc>
          <w:tcPr>
            <w:tcW w:w="4320" w:type="dxa"/>
          </w:tcPr>
          <w:p w14:paraId="042F5CB4" w14:textId="77777777" w:rsidR="00CA6DD1" w:rsidRPr="002B5FD0" w:rsidRDefault="00000000">
            <w:r w:rsidRPr="002B5FD0">
              <w:t>Ik ben nieuw hier.</w:t>
            </w:r>
          </w:p>
        </w:tc>
        <w:tc>
          <w:tcPr>
            <w:tcW w:w="4320" w:type="dxa"/>
          </w:tcPr>
          <w:p w14:paraId="28040756" w14:textId="77777777" w:rsidR="00CA6DD1" w:rsidRPr="002B5FD0" w:rsidRDefault="00000000">
            <w:r w:rsidRPr="002B5FD0">
              <w:t>Jestem nowy/a tutaj.</w:t>
            </w:r>
          </w:p>
        </w:tc>
      </w:tr>
      <w:tr w:rsidR="00CA6DD1" w:rsidRPr="002B5FD0" w14:paraId="3D691198" w14:textId="77777777">
        <w:tc>
          <w:tcPr>
            <w:tcW w:w="4320" w:type="dxa"/>
          </w:tcPr>
          <w:p w14:paraId="5EAD2EC3" w14:textId="77777777" w:rsidR="00CA6DD1" w:rsidRPr="002B5FD0" w:rsidRDefault="00000000">
            <w:r w:rsidRPr="002B5FD0">
              <w:t>Ik leer nog Nederlands.</w:t>
            </w:r>
          </w:p>
        </w:tc>
        <w:tc>
          <w:tcPr>
            <w:tcW w:w="4320" w:type="dxa"/>
          </w:tcPr>
          <w:p w14:paraId="34E7D87D" w14:textId="77777777" w:rsidR="00CA6DD1" w:rsidRPr="002B5FD0" w:rsidRDefault="00000000">
            <w:r w:rsidRPr="002B5FD0">
              <w:t>Wciąż uczę się niderlandzkiego.</w:t>
            </w:r>
          </w:p>
        </w:tc>
      </w:tr>
      <w:tr w:rsidR="00CA6DD1" w:rsidRPr="002B5FD0" w14:paraId="469EA99D" w14:textId="77777777">
        <w:tc>
          <w:tcPr>
            <w:tcW w:w="4320" w:type="dxa"/>
          </w:tcPr>
          <w:p w14:paraId="02D4DA6D" w14:textId="77777777" w:rsidR="00CA6DD1" w:rsidRPr="002B5FD0" w:rsidRDefault="00000000">
            <w:r w:rsidRPr="002B5FD0">
              <w:t>Kunt u wat langzamer praten?</w:t>
            </w:r>
          </w:p>
        </w:tc>
        <w:tc>
          <w:tcPr>
            <w:tcW w:w="4320" w:type="dxa"/>
          </w:tcPr>
          <w:p w14:paraId="3ACC31C8" w14:textId="77777777" w:rsidR="00CA6DD1" w:rsidRPr="002B5FD0" w:rsidRDefault="00000000">
            <w:r w:rsidRPr="002B5FD0">
              <w:t>Czy może pan/pani mówić wolniej?</w:t>
            </w:r>
          </w:p>
        </w:tc>
      </w:tr>
      <w:tr w:rsidR="00CA6DD1" w:rsidRPr="002B5FD0" w14:paraId="093DD8E4" w14:textId="77777777">
        <w:tc>
          <w:tcPr>
            <w:tcW w:w="4320" w:type="dxa"/>
          </w:tcPr>
          <w:p w14:paraId="4FDDC25A" w14:textId="77777777" w:rsidR="00CA6DD1" w:rsidRPr="002B5FD0" w:rsidRDefault="00000000">
            <w:r w:rsidRPr="002B5FD0">
              <w:t>Ik heb een ongelukje gehad.</w:t>
            </w:r>
          </w:p>
        </w:tc>
        <w:tc>
          <w:tcPr>
            <w:tcW w:w="4320" w:type="dxa"/>
          </w:tcPr>
          <w:p w14:paraId="0975DA21" w14:textId="77777777" w:rsidR="00CA6DD1" w:rsidRPr="002B5FD0" w:rsidRDefault="00000000">
            <w:r w:rsidRPr="002B5FD0">
              <w:t>Miałem/am mały wypadek.</w:t>
            </w:r>
          </w:p>
        </w:tc>
      </w:tr>
      <w:tr w:rsidR="00CA6DD1" w:rsidRPr="002B5FD0" w14:paraId="3E765CC7" w14:textId="77777777">
        <w:tc>
          <w:tcPr>
            <w:tcW w:w="4320" w:type="dxa"/>
          </w:tcPr>
          <w:p w14:paraId="24B65F72" w14:textId="77777777" w:rsidR="00CA6DD1" w:rsidRPr="002B5FD0" w:rsidRDefault="00000000">
            <w:r w:rsidRPr="002B5FD0">
              <w:t>Ik heb iets laten vallen.</w:t>
            </w:r>
          </w:p>
        </w:tc>
        <w:tc>
          <w:tcPr>
            <w:tcW w:w="4320" w:type="dxa"/>
          </w:tcPr>
          <w:p w14:paraId="0378703C" w14:textId="77777777" w:rsidR="00CA6DD1" w:rsidRPr="002B5FD0" w:rsidRDefault="00000000">
            <w:r w:rsidRPr="002B5FD0">
              <w:t>Upuściłem/am coś.</w:t>
            </w:r>
          </w:p>
        </w:tc>
      </w:tr>
      <w:tr w:rsidR="00CA6DD1" w:rsidRPr="002B5FD0" w14:paraId="394B05CD" w14:textId="77777777">
        <w:tc>
          <w:tcPr>
            <w:tcW w:w="4320" w:type="dxa"/>
          </w:tcPr>
          <w:p w14:paraId="5DD213DC" w14:textId="77777777" w:rsidR="00CA6DD1" w:rsidRPr="002B5FD0" w:rsidRDefault="00000000">
            <w:r w:rsidRPr="002B5FD0">
              <w:t>Sorry voor de vertraging.</w:t>
            </w:r>
          </w:p>
        </w:tc>
        <w:tc>
          <w:tcPr>
            <w:tcW w:w="4320" w:type="dxa"/>
          </w:tcPr>
          <w:p w14:paraId="5F50C965" w14:textId="77777777" w:rsidR="00CA6DD1" w:rsidRPr="002B5FD0" w:rsidRDefault="00000000">
            <w:r w:rsidRPr="002B5FD0">
              <w:t>Przepraszam za spóźnienie.</w:t>
            </w:r>
          </w:p>
        </w:tc>
      </w:tr>
      <w:tr w:rsidR="00CA6DD1" w:rsidRPr="002B5FD0" w14:paraId="6CEC5ED0" w14:textId="77777777">
        <w:tc>
          <w:tcPr>
            <w:tcW w:w="4320" w:type="dxa"/>
          </w:tcPr>
          <w:p w14:paraId="0E2A68B6" w14:textId="77777777" w:rsidR="00CA6DD1" w:rsidRPr="002B5FD0" w:rsidRDefault="00000000">
            <w:r w:rsidRPr="002B5FD0">
              <w:lastRenderedPageBreak/>
              <w:t>Het spijt me, dat was mijn fout.</w:t>
            </w:r>
          </w:p>
        </w:tc>
        <w:tc>
          <w:tcPr>
            <w:tcW w:w="4320" w:type="dxa"/>
          </w:tcPr>
          <w:p w14:paraId="0BFFBC6D" w14:textId="77777777" w:rsidR="00CA6DD1" w:rsidRPr="002B5FD0" w:rsidRDefault="00000000">
            <w:r w:rsidRPr="002B5FD0">
              <w:t>Przepraszam, to był mój błąd.</w:t>
            </w:r>
          </w:p>
        </w:tc>
      </w:tr>
      <w:tr w:rsidR="00CA6DD1" w:rsidRPr="002B5FD0" w14:paraId="48AB7755" w14:textId="77777777">
        <w:tc>
          <w:tcPr>
            <w:tcW w:w="4320" w:type="dxa"/>
          </w:tcPr>
          <w:p w14:paraId="42FE3AC3" w14:textId="77777777" w:rsidR="00CA6DD1" w:rsidRPr="002B5FD0" w:rsidRDefault="00000000">
            <w:r w:rsidRPr="002B5FD0">
              <w:t>Ik heb het per ongeluk gedaan.</w:t>
            </w:r>
          </w:p>
        </w:tc>
        <w:tc>
          <w:tcPr>
            <w:tcW w:w="4320" w:type="dxa"/>
          </w:tcPr>
          <w:p w14:paraId="2E212594" w14:textId="77777777" w:rsidR="00CA6DD1" w:rsidRPr="002B5FD0" w:rsidRDefault="00000000">
            <w:r w:rsidRPr="002B5FD0">
              <w:t>Zrobiłem/am to przez pomyłkę.</w:t>
            </w:r>
          </w:p>
        </w:tc>
      </w:tr>
      <w:tr w:rsidR="00CA6DD1" w:rsidRPr="002B5FD0" w14:paraId="2B6F5B2F" w14:textId="77777777">
        <w:tc>
          <w:tcPr>
            <w:tcW w:w="4320" w:type="dxa"/>
          </w:tcPr>
          <w:p w14:paraId="750DC62D" w14:textId="77777777" w:rsidR="00CA6DD1" w:rsidRPr="002B5FD0" w:rsidRDefault="00000000">
            <w:r w:rsidRPr="002B5FD0">
              <w:t>Mag ik een vraag stellen?</w:t>
            </w:r>
          </w:p>
        </w:tc>
        <w:tc>
          <w:tcPr>
            <w:tcW w:w="4320" w:type="dxa"/>
          </w:tcPr>
          <w:p w14:paraId="2C78A56F" w14:textId="77777777" w:rsidR="00CA6DD1" w:rsidRPr="002B5FD0" w:rsidRDefault="00000000">
            <w:r w:rsidRPr="002B5FD0">
              <w:t>Czy mogę zadać pytanie?</w:t>
            </w:r>
          </w:p>
        </w:tc>
      </w:tr>
      <w:tr w:rsidR="00CA6DD1" w:rsidRPr="002B5FD0" w14:paraId="16B5FCC2" w14:textId="77777777">
        <w:tc>
          <w:tcPr>
            <w:tcW w:w="4320" w:type="dxa"/>
          </w:tcPr>
          <w:p w14:paraId="6A09D4F7" w14:textId="77777777" w:rsidR="00CA6DD1" w:rsidRPr="002B5FD0" w:rsidRDefault="00000000">
            <w:r w:rsidRPr="002B5FD0">
              <w:t>Ik heb het nog niet gedaan.</w:t>
            </w:r>
          </w:p>
        </w:tc>
        <w:tc>
          <w:tcPr>
            <w:tcW w:w="4320" w:type="dxa"/>
          </w:tcPr>
          <w:p w14:paraId="163BFF18" w14:textId="77777777" w:rsidR="00CA6DD1" w:rsidRPr="002B5FD0" w:rsidRDefault="00000000">
            <w:r w:rsidRPr="002B5FD0">
              <w:t>Jeszcze tego nie zrobiłem/am.</w:t>
            </w:r>
          </w:p>
        </w:tc>
      </w:tr>
      <w:tr w:rsidR="00CA6DD1" w:rsidRPr="002B5FD0" w14:paraId="3DC4AC47" w14:textId="77777777">
        <w:tc>
          <w:tcPr>
            <w:tcW w:w="4320" w:type="dxa"/>
          </w:tcPr>
          <w:p w14:paraId="5EAE6B6D" w14:textId="77777777" w:rsidR="00CA6DD1" w:rsidRPr="002B5FD0" w:rsidRDefault="00000000">
            <w:r w:rsidRPr="002B5FD0">
              <w:t>Waar is de manager?</w:t>
            </w:r>
          </w:p>
        </w:tc>
        <w:tc>
          <w:tcPr>
            <w:tcW w:w="4320" w:type="dxa"/>
          </w:tcPr>
          <w:p w14:paraId="645C2357" w14:textId="77777777" w:rsidR="00CA6DD1" w:rsidRPr="002B5FD0" w:rsidRDefault="00000000">
            <w:r w:rsidRPr="002B5FD0">
              <w:t>Gdzie jest kierownik?</w:t>
            </w:r>
          </w:p>
        </w:tc>
      </w:tr>
      <w:tr w:rsidR="00CA6DD1" w:rsidRPr="002B5FD0" w14:paraId="5895E015" w14:textId="77777777">
        <w:tc>
          <w:tcPr>
            <w:tcW w:w="4320" w:type="dxa"/>
          </w:tcPr>
          <w:p w14:paraId="3D11FA4F" w14:textId="77777777" w:rsidR="00CA6DD1" w:rsidRPr="002B5FD0" w:rsidRDefault="00000000">
            <w:r w:rsidRPr="002B5FD0">
              <w:t>Moet ik dit nu doen?</w:t>
            </w:r>
          </w:p>
        </w:tc>
        <w:tc>
          <w:tcPr>
            <w:tcW w:w="4320" w:type="dxa"/>
          </w:tcPr>
          <w:p w14:paraId="75BC6C5B" w14:textId="77777777" w:rsidR="00CA6DD1" w:rsidRPr="002B5FD0" w:rsidRDefault="00000000">
            <w:r w:rsidRPr="002B5FD0">
              <w:t>Czy muszę to teraz zrobić?</w:t>
            </w:r>
          </w:p>
        </w:tc>
      </w:tr>
      <w:tr w:rsidR="00CA6DD1" w:rsidRPr="002B5FD0" w14:paraId="509435EB" w14:textId="77777777">
        <w:tc>
          <w:tcPr>
            <w:tcW w:w="4320" w:type="dxa"/>
          </w:tcPr>
          <w:p w14:paraId="08C27DBE" w14:textId="77777777" w:rsidR="00CA6DD1" w:rsidRPr="002B5FD0" w:rsidRDefault="00000000">
            <w:r w:rsidRPr="002B5FD0">
              <w:t>Wanneer is de deadline?</w:t>
            </w:r>
          </w:p>
        </w:tc>
        <w:tc>
          <w:tcPr>
            <w:tcW w:w="4320" w:type="dxa"/>
          </w:tcPr>
          <w:p w14:paraId="285E9C05" w14:textId="77777777" w:rsidR="00CA6DD1" w:rsidRPr="002B5FD0" w:rsidRDefault="00000000">
            <w:r w:rsidRPr="002B5FD0">
              <w:t>Kiedy jest termin?</w:t>
            </w:r>
          </w:p>
        </w:tc>
      </w:tr>
      <w:tr w:rsidR="00CA6DD1" w:rsidRPr="002B5FD0" w14:paraId="545C0D4D" w14:textId="77777777">
        <w:tc>
          <w:tcPr>
            <w:tcW w:w="4320" w:type="dxa"/>
          </w:tcPr>
          <w:p w14:paraId="60E56ADC" w14:textId="77777777" w:rsidR="00CA6DD1" w:rsidRPr="002B5FD0" w:rsidRDefault="00000000">
            <w:r w:rsidRPr="002B5FD0">
              <w:t>Wat is de volgende stap?</w:t>
            </w:r>
          </w:p>
        </w:tc>
        <w:tc>
          <w:tcPr>
            <w:tcW w:w="4320" w:type="dxa"/>
          </w:tcPr>
          <w:p w14:paraId="5C4168BD" w14:textId="77777777" w:rsidR="00CA6DD1" w:rsidRPr="002B5FD0" w:rsidRDefault="00000000">
            <w:r w:rsidRPr="002B5FD0">
              <w:t>Jaki jest następny krok?</w:t>
            </w:r>
          </w:p>
        </w:tc>
      </w:tr>
      <w:tr w:rsidR="00CA6DD1" w:rsidRPr="002B5FD0" w14:paraId="1C28B538" w14:textId="77777777">
        <w:tc>
          <w:tcPr>
            <w:tcW w:w="4320" w:type="dxa"/>
          </w:tcPr>
          <w:p w14:paraId="6A77195D" w14:textId="77777777" w:rsidR="00CA6DD1" w:rsidRPr="002B5FD0" w:rsidRDefault="00000000">
            <w:r w:rsidRPr="002B5FD0">
              <w:t>Wat moet ik nu doen?</w:t>
            </w:r>
          </w:p>
        </w:tc>
        <w:tc>
          <w:tcPr>
            <w:tcW w:w="4320" w:type="dxa"/>
          </w:tcPr>
          <w:p w14:paraId="7614EF2E" w14:textId="77777777" w:rsidR="00CA6DD1" w:rsidRPr="002B5FD0" w:rsidRDefault="00000000">
            <w:r w:rsidRPr="002B5FD0">
              <w:t>Co mam teraz zrobić?</w:t>
            </w:r>
          </w:p>
        </w:tc>
      </w:tr>
      <w:tr w:rsidR="00CA6DD1" w:rsidRPr="002B5FD0" w14:paraId="3810C5C3" w14:textId="77777777">
        <w:tc>
          <w:tcPr>
            <w:tcW w:w="4320" w:type="dxa"/>
          </w:tcPr>
          <w:p w14:paraId="60BCE269" w14:textId="77777777" w:rsidR="00CA6DD1" w:rsidRPr="002B5FD0" w:rsidRDefault="00000000">
            <w:r w:rsidRPr="002B5FD0">
              <w:t>Kunt u dit controleren?</w:t>
            </w:r>
          </w:p>
        </w:tc>
        <w:tc>
          <w:tcPr>
            <w:tcW w:w="4320" w:type="dxa"/>
          </w:tcPr>
          <w:p w14:paraId="4946B168" w14:textId="77777777" w:rsidR="00CA6DD1" w:rsidRPr="002B5FD0" w:rsidRDefault="00000000">
            <w:r w:rsidRPr="002B5FD0">
              <w:t>Czy może pan/pani to sprawdzić?</w:t>
            </w:r>
          </w:p>
        </w:tc>
      </w:tr>
      <w:tr w:rsidR="00CA6DD1" w:rsidRPr="002B5FD0" w14:paraId="7F485B84" w14:textId="77777777">
        <w:tc>
          <w:tcPr>
            <w:tcW w:w="4320" w:type="dxa"/>
          </w:tcPr>
          <w:p w14:paraId="767FA1A7" w14:textId="77777777" w:rsidR="00CA6DD1" w:rsidRPr="002B5FD0" w:rsidRDefault="00000000">
            <w:r w:rsidRPr="002B5FD0">
              <w:t>Is dit goed zo?</w:t>
            </w:r>
          </w:p>
        </w:tc>
        <w:tc>
          <w:tcPr>
            <w:tcW w:w="4320" w:type="dxa"/>
          </w:tcPr>
          <w:p w14:paraId="19697F61" w14:textId="77777777" w:rsidR="00CA6DD1" w:rsidRPr="002B5FD0" w:rsidRDefault="00000000">
            <w:r w:rsidRPr="002B5FD0">
              <w:t>Czy to jest w porządku?</w:t>
            </w:r>
          </w:p>
        </w:tc>
      </w:tr>
      <w:tr w:rsidR="00CA6DD1" w:rsidRPr="002B5FD0" w14:paraId="1C874690" w14:textId="77777777">
        <w:tc>
          <w:tcPr>
            <w:tcW w:w="4320" w:type="dxa"/>
          </w:tcPr>
          <w:p w14:paraId="15EBC866" w14:textId="77777777" w:rsidR="00CA6DD1" w:rsidRPr="002B5FD0" w:rsidRDefault="00000000">
            <w:r w:rsidRPr="002B5FD0">
              <w:t>Ik moet iets bespreken.</w:t>
            </w:r>
          </w:p>
        </w:tc>
        <w:tc>
          <w:tcPr>
            <w:tcW w:w="4320" w:type="dxa"/>
          </w:tcPr>
          <w:p w14:paraId="1173A4D5" w14:textId="77777777" w:rsidR="00CA6DD1" w:rsidRPr="002B5FD0" w:rsidRDefault="00000000">
            <w:r w:rsidRPr="002B5FD0">
              <w:t>Muszę coś omówić.</w:t>
            </w:r>
          </w:p>
        </w:tc>
      </w:tr>
      <w:tr w:rsidR="00CA6DD1" w:rsidRPr="002B5FD0" w14:paraId="1673B735" w14:textId="77777777">
        <w:tc>
          <w:tcPr>
            <w:tcW w:w="4320" w:type="dxa"/>
          </w:tcPr>
          <w:p w14:paraId="0CAACB39" w14:textId="77777777" w:rsidR="00CA6DD1" w:rsidRPr="002B5FD0" w:rsidRDefault="00000000">
            <w:r w:rsidRPr="002B5FD0">
              <w:t>Waar moet ik dit afleveren?</w:t>
            </w:r>
          </w:p>
        </w:tc>
        <w:tc>
          <w:tcPr>
            <w:tcW w:w="4320" w:type="dxa"/>
          </w:tcPr>
          <w:p w14:paraId="0F42F312" w14:textId="77777777" w:rsidR="00CA6DD1" w:rsidRPr="002B5FD0" w:rsidRDefault="00000000">
            <w:r w:rsidRPr="002B5FD0">
              <w:t>Gdzie mam to dostarczyć?</w:t>
            </w:r>
          </w:p>
        </w:tc>
      </w:tr>
      <w:tr w:rsidR="00CA6DD1" w:rsidRPr="002B5FD0" w14:paraId="30715855" w14:textId="77777777">
        <w:tc>
          <w:tcPr>
            <w:tcW w:w="4320" w:type="dxa"/>
          </w:tcPr>
          <w:p w14:paraId="70483289" w14:textId="77777777" w:rsidR="00CA6DD1" w:rsidRPr="002B5FD0" w:rsidRDefault="00000000">
            <w:r w:rsidRPr="002B5FD0">
              <w:t>Ik moet naar de dokter.</w:t>
            </w:r>
          </w:p>
        </w:tc>
        <w:tc>
          <w:tcPr>
            <w:tcW w:w="4320" w:type="dxa"/>
          </w:tcPr>
          <w:p w14:paraId="1CC79A26" w14:textId="77777777" w:rsidR="00CA6DD1" w:rsidRPr="002B5FD0" w:rsidRDefault="00000000">
            <w:r w:rsidRPr="002B5FD0">
              <w:t>Muszę iść do lekarza.</w:t>
            </w:r>
          </w:p>
        </w:tc>
      </w:tr>
      <w:tr w:rsidR="00CA6DD1" w:rsidRPr="002B5FD0" w14:paraId="531892D8" w14:textId="77777777">
        <w:tc>
          <w:tcPr>
            <w:tcW w:w="4320" w:type="dxa"/>
          </w:tcPr>
          <w:p w14:paraId="07567505" w14:textId="77777777" w:rsidR="00CA6DD1" w:rsidRPr="002B5FD0" w:rsidRDefault="00000000">
            <w:r w:rsidRPr="002B5FD0">
              <w:t>Ik heb een afspraak na het werk.</w:t>
            </w:r>
          </w:p>
        </w:tc>
        <w:tc>
          <w:tcPr>
            <w:tcW w:w="4320" w:type="dxa"/>
          </w:tcPr>
          <w:p w14:paraId="1AD406E1" w14:textId="77777777" w:rsidR="00CA6DD1" w:rsidRPr="002B5FD0" w:rsidRDefault="00000000">
            <w:r w:rsidRPr="002B5FD0">
              <w:t>Mam wizytę po pracy.</w:t>
            </w:r>
          </w:p>
        </w:tc>
      </w:tr>
      <w:tr w:rsidR="00CA6DD1" w:rsidRPr="002B5FD0" w14:paraId="71599070" w14:textId="77777777">
        <w:tc>
          <w:tcPr>
            <w:tcW w:w="4320" w:type="dxa"/>
          </w:tcPr>
          <w:p w14:paraId="70C64FA4" w14:textId="77777777" w:rsidR="00CA6DD1" w:rsidRPr="002B5FD0" w:rsidRDefault="00000000">
            <w:r w:rsidRPr="002B5FD0">
              <w:t>Kan ik mijn rooster zien?</w:t>
            </w:r>
          </w:p>
        </w:tc>
        <w:tc>
          <w:tcPr>
            <w:tcW w:w="4320" w:type="dxa"/>
          </w:tcPr>
          <w:p w14:paraId="02EA4B5B" w14:textId="77777777" w:rsidR="00CA6DD1" w:rsidRPr="002B5FD0" w:rsidRDefault="00000000">
            <w:r w:rsidRPr="002B5FD0">
              <w:t>Czy mogę zobaczyć mój grafik?</w:t>
            </w:r>
          </w:p>
        </w:tc>
      </w:tr>
      <w:tr w:rsidR="00CA6DD1" w:rsidRPr="002B5FD0" w14:paraId="58DB39A7" w14:textId="77777777">
        <w:tc>
          <w:tcPr>
            <w:tcW w:w="4320" w:type="dxa"/>
          </w:tcPr>
          <w:p w14:paraId="1407033E" w14:textId="77777777" w:rsidR="00CA6DD1" w:rsidRPr="002B5FD0" w:rsidRDefault="00000000">
            <w:r w:rsidRPr="002B5FD0">
              <w:t>Wanneer krijg ik mijn loon?</w:t>
            </w:r>
          </w:p>
        </w:tc>
        <w:tc>
          <w:tcPr>
            <w:tcW w:w="4320" w:type="dxa"/>
          </w:tcPr>
          <w:p w14:paraId="6C1410F3" w14:textId="77777777" w:rsidR="00CA6DD1" w:rsidRPr="002B5FD0" w:rsidRDefault="00000000">
            <w:r w:rsidRPr="002B5FD0">
              <w:t>Kiedy dostanę wypłatę?</w:t>
            </w:r>
          </w:p>
        </w:tc>
      </w:tr>
      <w:tr w:rsidR="00CA6DD1" w:rsidRPr="002B5FD0" w14:paraId="2B3F05EC" w14:textId="77777777">
        <w:tc>
          <w:tcPr>
            <w:tcW w:w="4320" w:type="dxa"/>
          </w:tcPr>
          <w:p w14:paraId="6D3FB3C7" w14:textId="77777777" w:rsidR="00CA6DD1" w:rsidRPr="002B5FD0" w:rsidRDefault="00000000">
            <w:r w:rsidRPr="002B5FD0">
              <w:t>Wat is mijn werktijd morgen?</w:t>
            </w:r>
          </w:p>
        </w:tc>
        <w:tc>
          <w:tcPr>
            <w:tcW w:w="4320" w:type="dxa"/>
          </w:tcPr>
          <w:p w14:paraId="3FE0B9A7" w14:textId="77777777" w:rsidR="00CA6DD1" w:rsidRPr="002B5FD0" w:rsidRDefault="00000000">
            <w:r w:rsidRPr="002B5FD0">
              <w:t>Jakie są moje godziny pracy jutro?</w:t>
            </w:r>
          </w:p>
        </w:tc>
      </w:tr>
      <w:tr w:rsidR="00CA6DD1" w:rsidRPr="002B5FD0" w14:paraId="1B5B0CF7" w14:textId="77777777">
        <w:tc>
          <w:tcPr>
            <w:tcW w:w="4320" w:type="dxa"/>
          </w:tcPr>
          <w:p w14:paraId="2BD308CD" w14:textId="77777777" w:rsidR="00CA6DD1" w:rsidRPr="002B5FD0" w:rsidRDefault="00000000">
            <w:r w:rsidRPr="002B5FD0">
              <w:t>Moet ik in het weekend werken?</w:t>
            </w:r>
          </w:p>
        </w:tc>
        <w:tc>
          <w:tcPr>
            <w:tcW w:w="4320" w:type="dxa"/>
          </w:tcPr>
          <w:p w14:paraId="5A0560AF" w14:textId="77777777" w:rsidR="00CA6DD1" w:rsidRPr="002B5FD0" w:rsidRDefault="00000000">
            <w:r w:rsidRPr="002B5FD0">
              <w:t>Czy muszę pracować w weekend?</w:t>
            </w:r>
          </w:p>
        </w:tc>
      </w:tr>
      <w:tr w:rsidR="00CA6DD1" w:rsidRPr="002B5FD0" w14:paraId="6A23A1D0" w14:textId="77777777">
        <w:tc>
          <w:tcPr>
            <w:tcW w:w="4320" w:type="dxa"/>
          </w:tcPr>
          <w:p w14:paraId="0F0D2F15" w14:textId="77777777" w:rsidR="00CA6DD1" w:rsidRPr="002B5FD0" w:rsidRDefault="00000000">
            <w:r w:rsidRPr="002B5FD0">
              <w:t>Ik werk in ploegendienst.</w:t>
            </w:r>
          </w:p>
        </w:tc>
        <w:tc>
          <w:tcPr>
            <w:tcW w:w="4320" w:type="dxa"/>
          </w:tcPr>
          <w:p w14:paraId="07D3F9D2" w14:textId="77777777" w:rsidR="00CA6DD1" w:rsidRPr="002B5FD0" w:rsidRDefault="00000000">
            <w:r w:rsidRPr="002B5FD0">
              <w:t>Pracuję na zmiany.</w:t>
            </w:r>
          </w:p>
        </w:tc>
      </w:tr>
      <w:tr w:rsidR="00CA6DD1" w:rsidRPr="002B5FD0" w14:paraId="1E30E258" w14:textId="77777777">
        <w:tc>
          <w:tcPr>
            <w:tcW w:w="4320" w:type="dxa"/>
          </w:tcPr>
          <w:p w14:paraId="74038F10" w14:textId="77777777" w:rsidR="00CA6DD1" w:rsidRPr="002B5FD0" w:rsidRDefault="00000000">
            <w:r w:rsidRPr="002B5FD0">
              <w:t>Ik ben verantwoordelijk voor dit project.</w:t>
            </w:r>
          </w:p>
        </w:tc>
        <w:tc>
          <w:tcPr>
            <w:tcW w:w="4320" w:type="dxa"/>
          </w:tcPr>
          <w:p w14:paraId="4794453C" w14:textId="77777777" w:rsidR="00CA6DD1" w:rsidRPr="002B5FD0" w:rsidRDefault="00000000">
            <w:r w:rsidRPr="002B5FD0">
              <w:t>Odpowiadam za ten projekt.</w:t>
            </w:r>
          </w:p>
        </w:tc>
      </w:tr>
      <w:tr w:rsidR="00CA6DD1" w:rsidRPr="002B5FD0" w14:paraId="702FCDC0" w14:textId="77777777">
        <w:tc>
          <w:tcPr>
            <w:tcW w:w="4320" w:type="dxa"/>
          </w:tcPr>
          <w:p w14:paraId="546811C0" w14:textId="77777777" w:rsidR="00CA6DD1" w:rsidRPr="002B5FD0" w:rsidRDefault="00000000">
            <w:r w:rsidRPr="002B5FD0">
              <w:t>Ik werk samen met mijn collega.</w:t>
            </w:r>
          </w:p>
        </w:tc>
        <w:tc>
          <w:tcPr>
            <w:tcW w:w="4320" w:type="dxa"/>
          </w:tcPr>
          <w:p w14:paraId="377DCD0A" w14:textId="77777777" w:rsidR="00CA6DD1" w:rsidRPr="002B5FD0" w:rsidRDefault="00000000">
            <w:r w:rsidRPr="002B5FD0">
              <w:t>Pracuję z kolegą.</w:t>
            </w:r>
          </w:p>
        </w:tc>
      </w:tr>
      <w:tr w:rsidR="00CA6DD1" w:rsidRPr="002B5FD0" w14:paraId="39810323" w14:textId="77777777">
        <w:tc>
          <w:tcPr>
            <w:tcW w:w="4320" w:type="dxa"/>
          </w:tcPr>
          <w:p w14:paraId="74F525C6" w14:textId="77777777" w:rsidR="00CA6DD1" w:rsidRPr="002B5FD0" w:rsidRDefault="00000000">
            <w:r w:rsidRPr="002B5FD0">
              <w:t>De machine is kapot.</w:t>
            </w:r>
          </w:p>
        </w:tc>
        <w:tc>
          <w:tcPr>
            <w:tcW w:w="4320" w:type="dxa"/>
          </w:tcPr>
          <w:p w14:paraId="7BB713D6" w14:textId="77777777" w:rsidR="00CA6DD1" w:rsidRPr="002B5FD0" w:rsidRDefault="00000000">
            <w:r w:rsidRPr="002B5FD0">
              <w:t>Maszyna się zepsuła.</w:t>
            </w:r>
          </w:p>
        </w:tc>
      </w:tr>
      <w:tr w:rsidR="00CA6DD1" w:rsidRPr="002B5FD0" w14:paraId="6E762DCB" w14:textId="77777777">
        <w:tc>
          <w:tcPr>
            <w:tcW w:w="4320" w:type="dxa"/>
          </w:tcPr>
          <w:p w14:paraId="25621C13" w14:textId="77777777" w:rsidR="00CA6DD1" w:rsidRPr="002B5FD0" w:rsidRDefault="00000000">
            <w:r w:rsidRPr="002B5FD0">
              <w:t>Ik heb een storing gemeld.</w:t>
            </w:r>
          </w:p>
        </w:tc>
        <w:tc>
          <w:tcPr>
            <w:tcW w:w="4320" w:type="dxa"/>
          </w:tcPr>
          <w:p w14:paraId="3FDBCDE2" w14:textId="77777777" w:rsidR="00CA6DD1" w:rsidRPr="002B5FD0" w:rsidRDefault="00000000">
            <w:r w:rsidRPr="002B5FD0">
              <w:t>Zgłosiłem/am awarię.</w:t>
            </w:r>
          </w:p>
        </w:tc>
      </w:tr>
      <w:tr w:rsidR="00CA6DD1" w:rsidRPr="002B5FD0" w14:paraId="6CD64FCA" w14:textId="77777777">
        <w:tc>
          <w:tcPr>
            <w:tcW w:w="4320" w:type="dxa"/>
          </w:tcPr>
          <w:p w14:paraId="46C7A4A7" w14:textId="77777777" w:rsidR="00CA6DD1" w:rsidRPr="002B5FD0" w:rsidRDefault="00000000">
            <w:r w:rsidRPr="002B5FD0">
              <w:t>Waar is de onderhoudsafdeling?</w:t>
            </w:r>
          </w:p>
        </w:tc>
        <w:tc>
          <w:tcPr>
            <w:tcW w:w="4320" w:type="dxa"/>
          </w:tcPr>
          <w:p w14:paraId="740487B0" w14:textId="77777777" w:rsidR="00CA6DD1" w:rsidRPr="002B5FD0" w:rsidRDefault="00000000">
            <w:r w:rsidRPr="002B5FD0">
              <w:t>Gdzie jest dział techniczny?</w:t>
            </w:r>
          </w:p>
        </w:tc>
      </w:tr>
      <w:tr w:rsidR="00CA6DD1" w:rsidRPr="002B5FD0" w14:paraId="217ECD06" w14:textId="77777777">
        <w:tc>
          <w:tcPr>
            <w:tcW w:w="4320" w:type="dxa"/>
          </w:tcPr>
          <w:p w14:paraId="74BFE51A" w14:textId="77777777" w:rsidR="00CA6DD1" w:rsidRPr="002B5FD0" w:rsidRDefault="00000000">
            <w:r w:rsidRPr="002B5FD0">
              <w:t>Wanneer is de lunchpauze?</w:t>
            </w:r>
          </w:p>
        </w:tc>
        <w:tc>
          <w:tcPr>
            <w:tcW w:w="4320" w:type="dxa"/>
          </w:tcPr>
          <w:p w14:paraId="00C505DE" w14:textId="77777777" w:rsidR="00CA6DD1" w:rsidRPr="002B5FD0" w:rsidRDefault="00000000">
            <w:r w:rsidRPr="002B5FD0">
              <w:t>Kiedy jest przerwa na lunch?</w:t>
            </w:r>
          </w:p>
        </w:tc>
      </w:tr>
      <w:tr w:rsidR="00CA6DD1" w:rsidRPr="002B5FD0" w14:paraId="7D61AFEA" w14:textId="77777777">
        <w:tc>
          <w:tcPr>
            <w:tcW w:w="4320" w:type="dxa"/>
          </w:tcPr>
          <w:p w14:paraId="188C1B93" w14:textId="77777777" w:rsidR="00CA6DD1" w:rsidRPr="002B5FD0" w:rsidRDefault="00000000">
            <w:r w:rsidRPr="002B5FD0">
              <w:lastRenderedPageBreak/>
              <w:t>Hoe werkt deze machine?</w:t>
            </w:r>
          </w:p>
        </w:tc>
        <w:tc>
          <w:tcPr>
            <w:tcW w:w="4320" w:type="dxa"/>
          </w:tcPr>
          <w:p w14:paraId="520AA4D0" w14:textId="77777777" w:rsidR="00CA6DD1" w:rsidRPr="002B5FD0" w:rsidRDefault="00000000">
            <w:r w:rsidRPr="002B5FD0">
              <w:t>Jak działa ta maszyna?</w:t>
            </w:r>
          </w:p>
        </w:tc>
      </w:tr>
      <w:tr w:rsidR="00CA6DD1" w:rsidRPr="002B5FD0" w14:paraId="34C3A299" w14:textId="77777777">
        <w:tc>
          <w:tcPr>
            <w:tcW w:w="4320" w:type="dxa"/>
          </w:tcPr>
          <w:p w14:paraId="27A69F31" w14:textId="77777777" w:rsidR="00CA6DD1" w:rsidRPr="002B5FD0" w:rsidRDefault="00000000">
            <w:r w:rsidRPr="002B5FD0">
              <w:t>Wat zijn de veiligheidsregels?</w:t>
            </w:r>
          </w:p>
        </w:tc>
        <w:tc>
          <w:tcPr>
            <w:tcW w:w="4320" w:type="dxa"/>
          </w:tcPr>
          <w:p w14:paraId="3E35E5F4" w14:textId="77777777" w:rsidR="00CA6DD1" w:rsidRPr="002B5FD0" w:rsidRDefault="00000000">
            <w:r w:rsidRPr="002B5FD0">
              <w:t>Jakie są zasady bezpieczeństwa?</w:t>
            </w:r>
          </w:p>
        </w:tc>
      </w:tr>
      <w:tr w:rsidR="00CA6DD1" w:rsidRPr="002B5FD0" w14:paraId="532A2044" w14:textId="77777777">
        <w:tc>
          <w:tcPr>
            <w:tcW w:w="4320" w:type="dxa"/>
          </w:tcPr>
          <w:p w14:paraId="5041A312" w14:textId="77777777" w:rsidR="00CA6DD1" w:rsidRPr="002B5FD0" w:rsidRDefault="00000000">
            <w:r w:rsidRPr="002B5FD0">
              <w:t>Ik heb mijn badge vergeten.</w:t>
            </w:r>
          </w:p>
        </w:tc>
        <w:tc>
          <w:tcPr>
            <w:tcW w:w="4320" w:type="dxa"/>
          </w:tcPr>
          <w:p w14:paraId="0119BB11" w14:textId="77777777" w:rsidR="00CA6DD1" w:rsidRPr="002B5FD0" w:rsidRDefault="00000000">
            <w:r w:rsidRPr="002B5FD0">
              <w:t>Zapomniałem/am przepustki.</w:t>
            </w:r>
          </w:p>
        </w:tc>
      </w:tr>
      <w:tr w:rsidR="00CA6DD1" w:rsidRPr="002B5FD0" w14:paraId="3A934225" w14:textId="77777777">
        <w:tc>
          <w:tcPr>
            <w:tcW w:w="4320" w:type="dxa"/>
          </w:tcPr>
          <w:p w14:paraId="1224A72D" w14:textId="77777777" w:rsidR="00CA6DD1" w:rsidRPr="002B5FD0" w:rsidRDefault="00000000">
            <w:r w:rsidRPr="002B5FD0">
              <w:t>Ik heb mijn sleutel verloren.</w:t>
            </w:r>
          </w:p>
        </w:tc>
        <w:tc>
          <w:tcPr>
            <w:tcW w:w="4320" w:type="dxa"/>
          </w:tcPr>
          <w:p w14:paraId="232E1974" w14:textId="77777777" w:rsidR="00CA6DD1" w:rsidRPr="002B5FD0" w:rsidRDefault="00000000">
            <w:r w:rsidRPr="002B5FD0">
              <w:t>Zgubiłem/am klucz.</w:t>
            </w:r>
          </w:p>
        </w:tc>
      </w:tr>
      <w:tr w:rsidR="00CA6DD1" w:rsidRPr="002B5FD0" w14:paraId="082CE05C" w14:textId="77777777">
        <w:tc>
          <w:tcPr>
            <w:tcW w:w="4320" w:type="dxa"/>
          </w:tcPr>
          <w:p w14:paraId="3E5D5876" w14:textId="77777777" w:rsidR="00CA6DD1" w:rsidRPr="002B5FD0" w:rsidRDefault="00000000">
            <w:r w:rsidRPr="002B5FD0">
              <w:t>Mag ik een kopie van mijn contract?</w:t>
            </w:r>
          </w:p>
        </w:tc>
        <w:tc>
          <w:tcPr>
            <w:tcW w:w="4320" w:type="dxa"/>
          </w:tcPr>
          <w:p w14:paraId="1E178A99" w14:textId="77777777" w:rsidR="00CA6DD1" w:rsidRPr="002B5FD0" w:rsidRDefault="00000000">
            <w:r w:rsidRPr="002B5FD0">
              <w:t>Czy mogę dostać kopię mojej umowy?</w:t>
            </w:r>
          </w:p>
        </w:tc>
      </w:tr>
      <w:tr w:rsidR="00CA6DD1" w:rsidRPr="002B5FD0" w14:paraId="7A5C422C" w14:textId="77777777">
        <w:tc>
          <w:tcPr>
            <w:tcW w:w="4320" w:type="dxa"/>
          </w:tcPr>
          <w:p w14:paraId="3CA7D58E" w14:textId="77777777" w:rsidR="00CA6DD1" w:rsidRPr="002B5FD0" w:rsidRDefault="00000000">
            <w:r w:rsidRPr="002B5FD0">
              <w:t>Waar meld ik me aan?</w:t>
            </w:r>
          </w:p>
        </w:tc>
        <w:tc>
          <w:tcPr>
            <w:tcW w:w="4320" w:type="dxa"/>
          </w:tcPr>
          <w:p w14:paraId="0DB881E7" w14:textId="77777777" w:rsidR="00CA6DD1" w:rsidRPr="002B5FD0" w:rsidRDefault="00000000">
            <w:r w:rsidRPr="002B5FD0">
              <w:t>Gdzie mam się zgłosić?</w:t>
            </w:r>
          </w:p>
        </w:tc>
      </w:tr>
      <w:tr w:rsidR="00CA6DD1" w:rsidRPr="002B5FD0" w14:paraId="1E3080D9" w14:textId="77777777">
        <w:tc>
          <w:tcPr>
            <w:tcW w:w="4320" w:type="dxa"/>
          </w:tcPr>
          <w:p w14:paraId="40638839" w14:textId="77777777" w:rsidR="00CA6DD1" w:rsidRPr="002B5FD0" w:rsidRDefault="00000000">
            <w:r w:rsidRPr="002B5FD0">
              <w:t>Wat moet ik meenemen?</w:t>
            </w:r>
          </w:p>
        </w:tc>
        <w:tc>
          <w:tcPr>
            <w:tcW w:w="4320" w:type="dxa"/>
          </w:tcPr>
          <w:p w14:paraId="456DBE76" w14:textId="77777777" w:rsidR="00CA6DD1" w:rsidRPr="002B5FD0" w:rsidRDefault="00000000">
            <w:r w:rsidRPr="002B5FD0">
              <w:t>Co muszę ze sobą zabrać?</w:t>
            </w:r>
          </w:p>
        </w:tc>
      </w:tr>
      <w:tr w:rsidR="00CA6DD1" w:rsidRPr="002B5FD0" w14:paraId="15A677A0" w14:textId="77777777">
        <w:tc>
          <w:tcPr>
            <w:tcW w:w="4320" w:type="dxa"/>
          </w:tcPr>
          <w:p w14:paraId="45CBBF5A" w14:textId="77777777" w:rsidR="00CA6DD1" w:rsidRPr="002B5FD0" w:rsidRDefault="00000000">
            <w:r w:rsidRPr="002B5FD0">
              <w:t>Wat zijn de werkinstructies?</w:t>
            </w:r>
          </w:p>
        </w:tc>
        <w:tc>
          <w:tcPr>
            <w:tcW w:w="4320" w:type="dxa"/>
          </w:tcPr>
          <w:p w14:paraId="3478B437" w14:textId="77777777" w:rsidR="00CA6DD1" w:rsidRPr="002B5FD0" w:rsidRDefault="00000000">
            <w:r w:rsidRPr="002B5FD0">
              <w:t>Jakie są instrukcje pracy?</w:t>
            </w:r>
          </w:p>
        </w:tc>
      </w:tr>
      <w:tr w:rsidR="00CA6DD1" w:rsidRPr="002B5FD0" w14:paraId="008E2B5A" w14:textId="77777777">
        <w:tc>
          <w:tcPr>
            <w:tcW w:w="4320" w:type="dxa"/>
          </w:tcPr>
          <w:p w14:paraId="2E480034" w14:textId="77777777" w:rsidR="00CA6DD1" w:rsidRPr="002B5FD0" w:rsidRDefault="00000000">
            <w:r w:rsidRPr="002B5FD0">
              <w:t>Ik moet nog veel leren.</w:t>
            </w:r>
          </w:p>
        </w:tc>
        <w:tc>
          <w:tcPr>
            <w:tcW w:w="4320" w:type="dxa"/>
          </w:tcPr>
          <w:p w14:paraId="1B3CA4E2" w14:textId="77777777" w:rsidR="00CA6DD1" w:rsidRPr="002B5FD0" w:rsidRDefault="00000000">
            <w:r w:rsidRPr="002B5FD0">
              <w:t>Muszę się jeszcze dużo nauczyć.</w:t>
            </w:r>
          </w:p>
        </w:tc>
      </w:tr>
      <w:tr w:rsidR="00CA6DD1" w:rsidRPr="002B5FD0" w14:paraId="4D3FC291" w14:textId="77777777">
        <w:tc>
          <w:tcPr>
            <w:tcW w:w="4320" w:type="dxa"/>
          </w:tcPr>
          <w:p w14:paraId="6921C67A" w14:textId="77777777" w:rsidR="00CA6DD1" w:rsidRPr="002B5FD0" w:rsidRDefault="00000000">
            <w:r w:rsidRPr="002B5FD0">
              <w:t>Iedereen is behulpzaam hier.</w:t>
            </w:r>
          </w:p>
        </w:tc>
        <w:tc>
          <w:tcPr>
            <w:tcW w:w="4320" w:type="dxa"/>
          </w:tcPr>
          <w:p w14:paraId="4FC82BA9" w14:textId="77777777" w:rsidR="00CA6DD1" w:rsidRPr="002B5FD0" w:rsidRDefault="00000000">
            <w:r w:rsidRPr="002B5FD0">
              <w:t>Wszyscy tutaj są pomocni.</w:t>
            </w:r>
          </w:p>
        </w:tc>
      </w:tr>
      <w:tr w:rsidR="00CA6DD1" w:rsidRPr="002B5FD0" w14:paraId="2BFAAE9E" w14:textId="77777777">
        <w:tc>
          <w:tcPr>
            <w:tcW w:w="4320" w:type="dxa"/>
          </w:tcPr>
          <w:p w14:paraId="22181C27" w14:textId="77777777" w:rsidR="00CA6DD1" w:rsidRPr="002B5FD0" w:rsidRDefault="00000000">
            <w:r w:rsidRPr="002B5FD0">
              <w:t>Ik voel me welkom op het werk.</w:t>
            </w:r>
          </w:p>
        </w:tc>
        <w:tc>
          <w:tcPr>
            <w:tcW w:w="4320" w:type="dxa"/>
          </w:tcPr>
          <w:p w14:paraId="11FCD817" w14:textId="77777777" w:rsidR="00CA6DD1" w:rsidRPr="002B5FD0" w:rsidRDefault="00000000">
            <w:r w:rsidRPr="002B5FD0">
              <w:t>Czuję się mile widziany/a w pracy.</w:t>
            </w:r>
          </w:p>
        </w:tc>
      </w:tr>
      <w:tr w:rsidR="00CA6DD1" w:rsidRPr="002B5FD0" w14:paraId="72B5E62D" w14:textId="77777777">
        <w:tc>
          <w:tcPr>
            <w:tcW w:w="4320" w:type="dxa"/>
          </w:tcPr>
          <w:p w14:paraId="4B09A915" w14:textId="77777777" w:rsidR="00CA6DD1" w:rsidRPr="002B5FD0" w:rsidRDefault="00000000">
            <w:r w:rsidRPr="002B5FD0">
              <w:t>Ik ben trots op mijn werk.</w:t>
            </w:r>
          </w:p>
        </w:tc>
        <w:tc>
          <w:tcPr>
            <w:tcW w:w="4320" w:type="dxa"/>
          </w:tcPr>
          <w:p w14:paraId="4CA8619F" w14:textId="77777777" w:rsidR="00CA6DD1" w:rsidRPr="002B5FD0" w:rsidRDefault="00000000">
            <w:r w:rsidRPr="002B5FD0">
              <w:t>Jestem dumny/a ze swojej pracy.</w:t>
            </w:r>
          </w:p>
        </w:tc>
      </w:tr>
      <w:tr w:rsidR="00CA6DD1" w:rsidRPr="002B5FD0" w14:paraId="055D8485" w14:textId="77777777">
        <w:tc>
          <w:tcPr>
            <w:tcW w:w="4320" w:type="dxa"/>
          </w:tcPr>
          <w:p w14:paraId="474C4F3F" w14:textId="77777777" w:rsidR="00CA6DD1" w:rsidRPr="002B5FD0" w:rsidRDefault="00000000">
            <w:r w:rsidRPr="002B5FD0">
              <w:t>Ik wil mezelf verbeteren.</w:t>
            </w:r>
          </w:p>
        </w:tc>
        <w:tc>
          <w:tcPr>
            <w:tcW w:w="4320" w:type="dxa"/>
          </w:tcPr>
          <w:p w14:paraId="55890A50" w14:textId="77777777" w:rsidR="00CA6DD1" w:rsidRPr="002B5FD0" w:rsidRDefault="00000000">
            <w:r w:rsidRPr="002B5FD0">
              <w:t>Chcę się rozwijać.</w:t>
            </w:r>
          </w:p>
        </w:tc>
      </w:tr>
      <w:tr w:rsidR="00CA6DD1" w:rsidRPr="002B5FD0" w14:paraId="710E9F8A" w14:textId="77777777">
        <w:tc>
          <w:tcPr>
            <w:tcW w:w="4320" w:type="dxa"/>
          </w:tcPr>
          <w:p w14:paraId="6FB1938B" w14:textId="77777777" w:rsidR="00CA6DD1" w:rsidRPr="002B5FD0" w:rsidRDefault="00000000">
            <w:r w:rsidRPr="002B5FD0">
              <w:t>Hoe kan ik doorgroeien?</w:t>
            </w:r>
          </w:p>
        </w:tc>
        <w:tc>
          <w:tcPr>
            <w:tcW w:w="4320" w:type="dxa"/>
          </w:tcPr>
          <w:p w14:paraId="0A76224D" w14:textId="77777777" w:rsidR="00CA6DD1" w:rsidRPr="002B5FD0" w:rsidRDefault="00000000">
            <w:r w:rsidRPr="002B5FD0">
              <w:t>Jak mogę awansować?</w:t>
            </w:r>
          </w:p>
        </w:tc>
      </w:tr>
      <w:tr w:rsidR="00CA6DD1" w:rsidRPr="002B5FD0" w14:paraId="0DC89E7D" w14:textId="77777777">
        <w:tc>
          <w:tcPr>
            <w:tcW w:w="4320" w:type="dxa"/>
          </w:tcPr>
          <w:p w14:paraId="590B5A7B" w14:textId="77777777" w:rsidR="00CA6DD1" w:rsidRPr="002B5FD0" w:rsidRDefault="00000000">
            <w:r w:rsidRPr="002B5FD0">
              <w:t>Wanneer is mijn beoordeling?</w:t>
            </w:r>
          </w:p>
        </w:tc>
        <w:tc>
          <w:tcPr>
            <w:tcW w:w="4320" w:type="dxa"/>
          </w:tcPr>
          <w:p w14:paraId="239B0983" w14:textId="4C6A050A" w:rsidR="00CA6DD1" w:rsidRPr="002B5FD0" w:rsidRDefault="00000000">
            <w:r w:rsidRPr="002B5FD0">
              <w:t xml:space="preserve">Kiedy jest </w:t>
            </w:r>
            <w:r w:rsidR="00B904F7">
              <w:t>moja rozmowa oceniająca</w:t>
            </w:r>
            <w:r w:rsidRPr="002B5FD0">
              <w:t>?</w:t>
            </w:r>
          </w:p>
        </w:tc>
      </w:tr>
      <w:tr w:rsidR="00CA6DD1" w:rsidRPr="002B5FD0" w14:paraId="5E0F01E5" w14:textId="77777777">
        <w:tc>
          <w:tcPr>
            <w:tcW w:w="4320" w:type="dxa"/>
          </w:tcPr>
          <w:p w14:paraId="6474E837" w14:textId="77777777" w:rsidR="00CA6DD1" w:rsidRPr="002B5FD0" w:rsidRDefault="00000000">
            <w:r w:rsidRPr="002B5FD0">
              <w:t>Wat kan ik beter doen?</w:t>
            </w:r>
          </w:p>
        </w:tc>
        <w:tc>
          <w:tcPr>
            <w:tcW w:w="4320" w:type="dxa"/>
          </w:tcPr>
          <w:p w14:paraId="73FD78C5" w14:textId="77777777" w:rsidR="00CA6DD1" w:rsidRPr="002B5FD0" w:rsidRDefault="00000000">
            <w:r w:rsidRPr="002B5FD0">
              <w:t>Co mogę poprawić?</w:t>
            </w:r>
          </w:p>
        </w:tc>
      </w:tr>
      <w:tr w:rsidR="00CA6DD1" w:rsidRPr="002B5FD0" w14:paraId="647B96E9" w14:textId="77777777">
        <w:tc>
          <w:tcPr>
            <w:tcW w:w="4320" w:type="dxa"/>
          </w:tcPr>
          <w:p w14:paraId="00C8906D" w14:textId="77777777" w:rsidR="00CA6DD1" w:rsidRPr="002B5FD0" w:rsidRDefault="00000000">
            <w:r w:rsidRPr="002B5FD0">
              <w:t>Ik waardeer de feedback.</w:t>
            </w:r>
          </w:p>
        </w:tc>
        <w:tc>
          <w:tcPr>
            <w:tcW w:w="4320" w:type="dxa"/>
          </w:tcPr>
          <w:p w14:paraId="29595E18" w14:textId="77777777" w:rsidR="00CA6DD1" w:rsidRPr="002B5FD0" w:rsidRDefault="00000000">
            <w:r w:rsidRPr="002B5FD0">
              <w:t>Doceniam opinię.</w:t>
            </w:r>
          </w:p>
        </w:tc>
      </w:tr>
      <w:tr w:rsidR="00CA6DD1" w:rsidRPr="002B5FD0" w14:paraId="244C185E" w14:textId="77777777">
        <w:tc>
          <w:tcPr>
            <w:tcW w:w="4320" w:type="dxa"/>
          </w:tcPr>
          <w:p w14:paraId="745945F7" w14:textId="77777777" w:rsidR="00CA6DD1" w:rsidRPr="002B5FD0" w:rsidRDefault="00000000">
            <w:r w:rsidRPr="002B5FD0">
              <w:t>Bedankt voor de uitleg.</w:t>
            </w:r>
          </w:p>
        </w:tc>
        <w:tc>
          <w:tcPr>
            <w:tcW w:w="4320" w:type="dxa"/>
          </w:tcPr>
          <w:p w14:paraId="1FDE0AAB" w14:textId="77777777" w:rsidR="00CA6DD1" w:rsidRPr="002B5FD0" w:rsidRDefault="00000000">
            <w:r w:rsidRPr="002B5FD0">
              <w:t>Dziękuję za wyjaśnienie.</w:t>
            </w:r>
          </w:p>
        </w:tc>
      </w:tr>
      <w:tr w:rsidR="00CA6DD1" w:rsidRPr="002B5FD0" w14:paraId="76F4EDAB" w14:textId="77777777">
        <w:tc>
          <w:tcPr>
            <w:tcW w:w="4320" w:type="dxa"/>
          </w:tcPr>
          <w:p w14:paraId="164F8440" w14:textId="77777777" w:rsidR="00CA6DD1" w:rsidRPr="002B5FD0" w:rsidRDefault="00000000">
            <w:r w:rsidRPr="002B5FD0">
              <w:t>Ik wil graag een cursus volgen.</w:t>
            </w:r>
          </w:p>
        </w:tc>
        <w:tc>
          <w:tcPr>
            <w:tcW w:w="4320" w:type="dxa"/>
          </w:tcPr>
          <w:p w14:paraId="03914446" w14:textId="77777777" w:rsidR="00CA6DD1" w:rsidRPr="002B5FD0" w:rsidRDefault="00000000">
            <w:r w:rsidRPr="002B5FD0">
              <w:t>Chciałbym/Chciałabym wziąć udział w kursie.</w:t>
            </w:r>
          </w:p>
        </w:tc>
      </w:tr>
      <w:tr w:rsidR="00CA6DD1" w:rsidRPr="002B5FD0" w14:paraId="08E67BBB" w14:textId="77777777">
        <w:tc>
          <w:tcPr>
            <w:tcW w:w="4320" w:type="dxa"/>
          </w:tcPr>
          <w:p w14:paraId="2D4EBAD3" w14:textId="77777777" w:rsidR="00CA6DD1" w:rsidRPr="002B5FD0" w:rsidRDefault="00000000">
            <w:r w:rsidRPr="002B5FD0">
              <w:t>Ik wil mijn vaardigheden verbeteren.</w:t>
            </w:r>
          </w:p>
        </w:tc>
        <w:tc>
          <w:tcPr>
            <w:tcW w:w="4320" w:type="dxa"/>
          </w:tcPr>
          <w:p w14:paraId="4061F450" w14:textId="77777777" w:rsidR="00CA6DD1" w:rsidRPr="002B5FD0" w:rsidRDefault="00000000">
            <w:r w:rsidRPr="002B5FD0">
              <w:t>Chcę poprawić swoje umiejętności.</w:t>
            </w:r>
          </w:p>
        </w:tc>
      </w:tr>
      <w:tr w:rsidR="00CA6DD1" w:rsidRPr="002B5FD0" w14:paraId="575E8C57" w14:textId="77777777">
        <w:tc>
          <w:tcPr>
            <w:tcW w:w="4320" w:type="dxa"/>
          </w:tcPr>
          <w:p w14:paraId="0D25602C" w14:textId="77777777" w:rsidR="00CA6DD1" w:rsidRPr="002B5FD0" w:rsidRDefault="00000000">
            <w:r w:rsidRPr="002B5FD0">
              <w:t>Het werk is soms zwaar.</w:t>
            </w:r>
          </w:p>
        </w:tc>
        <w:tc>
          <w:tcPr>
            <w:tcW w:w="4320" w:type="dxa"/>
          </w:tcPr>
          <w:p w14:paraId="6DE7240A" w14:textId="77777777" w:rsidR="00CA6DD1" w:rsidRPr="002B5FD0" w:rsidRDefault="00000000">
            <w:r w:rsidRPr="002B5FD0">
              <w:t>Praca jest czasami ciężka.</w:t>
            </w:r>
          </w:p>
        </w:tc>
      </w:tr>
      <w:tr w:rsidR="00CA6DD1" w:rsidRPr="002B5FD0" w14:paraId="745E6464" w14:textId="77777777">
        <w:tc>
          <w:tcPr>
            <w:tcW w:w="4320" w:type="dxa"/>
          </w:tcPr>
          <w:p w14:paraId="613AD76B" w14:textId="77777777" w:rsidR="00CA6DD1" w:rsidRPr="002B5FD0" w:rsidRDefault="00000000">
            <w:r w:rsidRPr="002B5FD0">
              <w:t>Ik heb een pauze nodig.</w:t>
            </w:r>
          </w:p>
        </w:tc>
        <w:tc>
          <w:tcPr>
            <w:tcW w:w="4320" w:type="dxa"/>
          </w:tcPr>
          <w:p w14:paraId="296720B4" w14:textId="77777777" w:rsidR="00CA6DD1" w:rsidRPr="002B5FD0" w:rsidRDefault="00000000">
            <w:r w:rsidRPr="002B5FD0">
              <w:t>Potrzebuję przerwy.</w:t>
            </w:r>
          </w:p>
        </w:tc>
      </w:tr>
      <w:tr w:rsidR="00CA6DD1" w:rsidRPr="002B5FD0" w14:paraId="16A68B9C" w14:textId="77777777">
        <w:tc>
          <w:tcPr>
            <w:tcW w:w="4320" w:type="dxa"/>
          </w:tcPr>
          <w:p w14:paraId="643E49B6" w14:textId="77777777" w:rsidR="00CA6DD1" w:rsidRPr="002B5FD0" w:rsidRDefault="00000000">
            <w:r w:rsidRPr="002B5FD0">
              <w:t>Ik ben tevreden met mijn baan.</w:t>
            </w:r>
          </w:p>
        </w:tc>
        <w:tc>
          <w:tcPr>
            <w:tcW w:w="4320" w:type="dxa"/>
          </w:tcPr>
          <w:p w14:paraId="449EAED9" w14:textId="77777777" w:rsidR="00CA6DD1" w:rsidRPr="002B5FD0" w:rsidRDefault="00000000">
            <w:r w:rsidRPr="002B5FD0">
              <w:t>Jestem zadowolony/a z mojej pracy.</w:t>
            </w:r>
          </w:p>
        </w:tc>
      </w:tr>
      <w:tr w:rsidR="00CA6DD1" w:rsidRPr="002B5FD0" w14:paraId="76469A6C" w14:textId="77777777">
        <w:tc>
          <w:tcPr>
            <w:tcW w:w="4320" w:type="dxa"/>
          </w:tcPr>
          <w:p w14:paraId="0E468BCF" w14:textId="77777777" w:rsidR="00CA6DD1" w:rsidRPr="002B5FD0" w:rsidRDefault="00000000">
            <w:r w:rsidRPr="002B5FD0">
              <w:t>Ik heb het naar mijn zin op het werk.</w:t>
            </w:r>
          </w:p>
        </w:tc>
        <w:tc>
          <w:tcPr>
            <w:tcW w:w="4320" w:type="dxa"/>
          </w:tcPr>
          <w:p w14:paraId="436E3727" w14:textId="77777777" w:rsidR="00CA6DD1" w:rsidRPr="002B5FD0" w:rsidRDefault="00000000">
            <w:r w:rsidRPr="002B5FD0">
              <w:t>Lubię moją pracę.</w:t>
            </w:r>
          </w:p>
        </w:tc>
      </w:tr>
      <w:tr w:rsidR="00CA6DD1" w:rsidRPr="002B5FD0" w14:paraId="5B763A18" w14:textId="77777777">
        <w:tc>
          <w:tcPr>
            <w:tcW w:w="4320" w:type="dxa"/>
          </w:tcPr>
          <w:p w14:paraId="0D9F177A" w14:textId="77777777" w:rsidR="00CA6DD1" w:rsidRPr="002B5FD0" w:rsidRDefault="00000000">
            <w:r w:rsidRPr="002B5FD0">
              <w:t>Ik zou graag extra taken doen.</w:t>
            </w:r>
          </w:p>
        </w:tc>
        <w:tc>
          <w:tcPr>
            <w:tcW w:w="4320" w:type="dxa"/>
          </w:tcPr>
          <w:p w14:paraId="2B5448B6" w14:textId="77777777" w:rsidR="00CA6DD1" w:rsidRPr="002B5FD0" w:rsidRDefault="00000000">
            <w:r w:rsidRPr="002B5FD0">
              <w:t xml:space="preserve">Chciałbym/Chciałabym wykonywać </w:t>
            </w:r>
            <w:r w:rsidRPr="002B5FD0">
              <w:lastRenderedPageBreak/>
              <w:t>dodatkowe zadania.</w:t>
            </w:r>
          </w:p>
        </w:tc>
      </w:tr>
      <w:tr w:rsidR="00CA6DD1" w:rsidRPr="002B5FD0" w14:paraId="707D15DF" w14:textId="77777777">
        <w:tc>
          <w:tcPr>
            <w:tcW w:w="4320" w:type="dxa"/>
          </w:tcPr>
          <w:p w14:paraId="619F8B99" w14:textId="77777777" w:rsidR="00CA6DD1" w:rsidRPr="002B5FD0" w:rsidRDefault="00000000">
            <w:r w:rsidRPr="002B5FD0">
              <w:lastRenderedPageBreak/>
              <w:t>Kunt u dit vertalen naar het Pools?</w:t>
            </w:r>
          </w:p>
        </w:tc>
        <w:tc>
          <w:tcPr>
            <w:tcW w:w="4320" w:type="dxa"/>
          </w:tcPr>
          <w:p w14:paraId="40BB6777" w14:textId="77777777" w:rsidR="00CA6DD1" w:rsidRPr="002B5FD0" w:rsidRDefault="00000000">
            <w:r w:rsidRPr="002B5FD0">
              <w:t>Czy może pan/pani to przetłumaczyć na polski?</w:t>
            </w:r>
          </w:p>
        </w:tc>
      </w:tr>
      <w:tr w:rsidR="00CA6DD1" w:rsidRPr="002B5FD0" w14:paraId="61270256" w14:textId="77777777">
        <w:tc>
          <w:tcPr>
            <w:tcW w:w="4320" w:type="dxa"/>
          </w:tcPr>
          <w:p w14:paraId="09BCFD75" w14:textId="77777777" w:rsidR="00CA6DD1" w:rsidRPr="002B5FD0" w:rsidRDefault="00000000">
            <w:r w:rsidRPr="002B5FD0">
              <w:t>Is er iemand die Pools spreekt?</w:t>
            </w:r>
          </w:p>
        </w:tc>
        <w:tc>
          <w:tcPr>
            <w:tcW w:w="4320" w:type="dxa"/>
          </w:tcPr>
          <w:p w14:paraId="32542548" w14:textId="77777777" w:rsidR="00CA6DD1" w:rsidRPr="002B5FD0" w:rsidRDefault="00000000">
            <w:r w:rsidRPr="002B5FD0">
              <w:t>Czy ktoś tutaj mówi po polsku?</w:t>
            </w:r>
          </w:p>
        </w:tc>
      </w:tr>
      <w:tr w:rsidR="00CA6DD1" w:rsidRPr="002B5FD0" w14:paraId="514ADA17" w14:textId="77777777">
        <w:tc>
          <w:tcPr>
            <w:tcW w:w="4320" w:type="dxa"/>
          </w:tcPr>
          <w:p w14:paraId="30918C83" w14:textId="77777777" w:rsidR="00CA6DD1" w:rsidRPr="002B5FD0" w:rsidRDefault="00000000">
            <w:r w:rsidRPr="002B5FD0">
              <w:t>Waar kan ik hulp krijgen?</w:t>
            </w:r>
          </w:p>
        </w:tc>
        <w:tc>
          <w:tcPr>
            <w:tcW w:w="4320" w:type="dxa"/>
          </w:tcPr>
          <w:p w14:paraId="5AC84D50" w14:textId="77777777" w:rsidR="00CA6DD1" w:rsidRPr="002B5FD0" w:rsidRDefault="00000000">
            <w:r w:rsidRPr="002B5FD0">
              <w:t>Gdzie mogę uzyskać pomoc?</w:t>
            </w:r>
          </w:p>
        </w:tc>
      </w:tr>
      <w:tr w:rsidR="00CA6DD1" w:rsidRPr="002B5FD0" w14:paraId="4EFF5EB0" w14:textId="77777777">
        <w:tc>
          <w:tcPr>
            <w:tcW w:w="4320" w:type="dxa"/>
          </w:tcPr>
          <w:p w14:paraId="3F9D9100" w14:textId="77777777" w:rsidR="00CA6DD1" w:rsidRPr="002B5FD0" w:rsidRDefault="00000000">
            <w:r w:rsidRPr="002B5FD0">
              <w:t>Wat zijn mijn rechten als werknemer?</w:t>
            </w:r>
          </w:p>
        </w:tc>
        <w:tc>
          <w:tcPr>
            <w:tcW w:w="4320" w:type="dxa"/>
          </w:tcPr>
          <w:p w14:paraId="1AD09561" w14:textId="77777777" w:rsidR="00CA6DD1" w:rsidRPr="002B5FD0" w:rsidRDefault="00000000">
            <w:r w:rsidRPr="002B5FD0">
              <w:t>Jakie są moje prawa jako pracownika?</w:t>
            </w:r>
          </w:p>
        </w:tc>
      </w:tr>
      <w:tr w:rsidR="00CA6DD1" w:rsidRPr="002B5FD0" w14:paraId="5F161ACF" w14:textId="77777777">
        <w:tc>
          <w:tcPr>
            <w:tcW w:w="4320" w:type="dxa"/>
          </w:tcPr>
          <w:p w14:paraId="35E06579" w14:textId="77777777" w:rsidR="00CA6DD1" w:rsidRPr="002B5FD0" w:rsidRDefault="00000000">
            <w:r w:rsidRPr="002B5FD0">
              <w:t>Is dit tijdelijk of vast werk?</w:t>
            </w:r>
          </w:p>
        </w:tc>
        <w:tc>
          <w:tcPr>
            <w:tcW w:w="4320" w:type="dxa"/>
          </w:tcPr>
          <w:p w14:paraId="7CA19D22" w14:textId="77777777" w:rsidR="00CA6DD1" w:rsidRPr="002B5FD0" w:rsidRDefault="00000000">
            <w:r w:rsidRPr="002B5FD0">
              <w:t>Czy to praca tymczasowa czy stała?</w:t>
            </w:r>
          </w:p>
        </w:tc>
      </w:tr>
      <w:tr w:rsidR="00CA6DD1" w:rsidRPr="002B5FD0" w14:paraId="114F0B05" w14:textId="77777777">
        <w:tc>
          <w:tcPr>
            <w:tcW w:w="4320" w:type="dxa"/>
          </w:tcPr>
          <w:p w14:paraId="6E0F61F8" w14:textId="77777777" w:rsidR="00CA6DD1" w:rsidRPr="002B5FD0" w:rsidRDefault="00000000">
            <w:r w:rsidRPr="002B5FD0">
              <w:t>Ik heb nog vragen over mijn loon.</w:t>
            </w:r>
          </w:p>
        </w:tc>
        <w:tc>
          <w:tcPr>
            <w:tcW w:w="4320" w:type="dxa"/>
          </w:tcPr>
          <w:p w14:paraId="5F2E6113" w14:textId="77777777" w:rsidR="00CA6DD1" w:rsidRPr="002B5FD0" w:rsidRDefault="00000000">
            <w:r w:rsidRPr="002B5FD0">
              <w:t>Mam jeszcze pytania dotyczące wypłaty.</w:t>
            </w:r>
          </w:p>
        </w:tc>
      </w:tr>
      <w:tr w:rsidR="00CA6DD1" w:rsidRPr="002B5FD0" w14:paraId="0A20641F" w14:textId="77777777">
        <w:tc>
          <w:tcPr>
            <w:tcW w:w="4320" w:type="dxa"/>
          </w:tcPr>
          <w:p w14:paraId="20666E9F" w14:textId="77777777" w:rsidR="00CA6DD1" w:rsidRPr="002B5FD0" w:rsidRDefault="00000000">
            <w:r w:rsidRPr="002B5FD0">
              <w:t>Ik wil graag een gesprek aanvragen.</w:t>
            </w:r>
          </w:p>
        </w:tc>
        <w:tc>
          <w:tcPr>
            <w:tcW w:w="4320" w:type="dxa"/>
          </w:tcPr>
          <w:p w14:paraId="14AE9F42" w14:textId="77777777" w:rsidR="00CA6DD1" w:rsidRPr="002B5FD0" w:rsidRDefault="00000000">
            <w:r w:rsidRPr="002B5FD0">
              <w:t>Chciałbym/Chciałabym umówić się na rozmowę.</w:t>
            </w:r>
          </w:p>
        </w:tc>
      </w:tr>
      <w:tr w:rsidR="00CA6DD1" w:rsidRPr="002B5FD0" w14:paraId="768A0A05" w14:textId="77777777">
        <w:tc>
          <w:tcPr>
            <w:tcW w:w="4320" w:type="dxa"/>
          </w:tcPr>
          <w:p w14:paraId="17ADB522" w14:textId="77777777" w:rsidR="00CA6DD1" w:rsidRPr="002B5FD0" w:rsidRDefault="00000000">
            <w:r w:rsidRPr="002B5FD0">
              <w:t>Mag ik anoniem een klacht indienen?</w:t>
            </w:r>
          </w:p>
        </w:tc>
        <w:tc>
          <w:tcPr>
            <w:tcW w:w="4320" w:type="dxa"/>
          </w:tcPr>
          <w:p w14:paraId="7E0A91D8" w14:textId="77777777" w:rsidR="00CA6DD1" w:rsidRPr="002B5FD0" w:rsidRDefault="00000000">
            <w:r w:rsidRPr="002B5FD0">
              <w:t>Czy mogę złożyć skargę anonimowo?</w:t>
            </w:r>
          </w:p>
        </w:tc>
      </w:tr>
      <w:tr w:rsidR="00CA6DD1" w:rsidRPr="002B5FD0" w14:paraId="547C3B42" w14:textId="77777777">
        <w:tc>
          <w:tcPr>
            <w:tcW w:w="4320" w:type="dxa"/>
          </w:tcPr>
          <w:p w14:paraId="28AF5A14" w14:textId="77777777" w:rsidR="00CA6DD1" w:rsidRPr="002B5FD0" w:rsidRDefault="00000000">
            <w:r w:rsidRPr="002B5FD0">
              <w:t>Hoe lang duurt mijn proefperiode?</w:t>
            </w:r>
          </w:p>
        </w:tc>
        <w:tc>
          <w:tcPr>
            <w:tcW w:w="4320" w:type="dxa"/>
          </w:tcPr>
          <w:p w14:paraId="6A1F7945" w14:textId="77777777" w:rsidR="00CA6DD1" w:rsidRPr="002B5FD0" w:rsidRDefault="00000000">
            <w:r w:rsidRPr="002B5FD0">
              <w:t>Jak długo trwa okres próbny?</w:t>
            </w:r>
          </w:p>
        </w:tc>
      </w:tr>
      <w:tr w:rsidR="00CA6DD1" w:rsidRPr="002B5FD0" w14:paraId="446482EB" w14:textId="77777777">
        <w:tc>
          <w:tcPr>
            <w:tcW w:w="4320" w:type="dxa"/>
          </w:tcPr>
          <w:p w14:paraId="3CFA4219" w14:textId="77777777" w:rsidR="00CA6DD1" w:rsidRPr="002B5FD0" w:rsidRDefault="00000000">
            <w:r w:rsidRPr="002B5FD0">
              <w:t>Wie is mijn leidinggevende?</w:t>
            </w:r>
          </w:p>
        </w:tc>
        <w:tc>
          <w:tcPr>
            <w:tcW w:w="4320" w:type="dxa"/>
          </w:tcPr>
          <w:p w14:paraId="67C67ADE" w14:textId="77777777" w:rsidR="00CA6DD1" w:rsidRPr="002B5FD0" w:rsidRDefault="00000000">
            <w:r w:rsidRPr="002B5FD0">
              <w:t>Kto jest moim przełożonym?</w:t>
            </w:r>
          </w:p>
        </w:tc>
      </w:tr>
      <w:tr w:rsidR="00CA6DD1" w:rsidRPr="002B5FD0" w14:paraId="626127EC" w14:textId="77777777">
        <w:tc>
          <w:tcPr>
            <w:tcW w:w="4320" w:type="dxa"/>
          </w:tcPr>
          <w:p w14:paraId="5EFF5D44" w14:textId="77777777" w:rsidR="00CA6DD1" w:rsidRPr="002B5FD0" w:rsidRDefault="00000000">
            <w:r w:rsidRPr="002B5FD0">
              <w:t>Wat is het beleid bij ziekte?</w:t>
            </w:r>
          </w:p>
        </w:tc>
        <w:tc>
          <w:tcPr>
            <w:tcW w:w="4320" w:type="dxa"/>
          </w:tcPr>
          <w:p w14:paraId="05A9E920" w14:textId="77777777" w:rsidR="00CA6DD1" w:rsidRPr="002B5FD0" w:rsidRDefault="00000000">
            <w:r w:rsidRPr="002B5FD0">
              <w:t>Jakie są zasady w przypadku choroby?</w:t>
            </w:r>
          </w:p>
        </w:tc>
      </w:tr>
      <w:tr w:rsidR="00CA6DD1" w:rsidRPr="002B5FD0" w14:paraId="47E93A73" w14:textId="77777777">
        <w:tc>
          <w:tcPr>
            <w:tcW w:w="4320" w:type="dxa"/>
          </w:tcPr>
          <w:p w14:paraId="44456486" w14:textId="77777777" w:rsidR="00CA6DD1" w:rsidRPr="002B5FD0" w:rsidRDefault="00000000">
            <w:r w:rsidRPr="002B5FD0">
              <w:t>Waar is de bedrijfskantine?</w:t>
            </w:r>
          </w:p>
        </w:tc>
        <w:tc>
          <w:tcPr>
            <w:tcW w:w="4320" w:type="dxa"/>
          </w:tcPr>
          <w:p w14:paraId="352E2FB6" w14:textId="77777777" w:rsidR="00CA6DD1" w:rsidRPr="002B5FD0" w:rsidRDefault="00000000">
            <w:r w:rsidRPr="002B5FD0">
              <w:t>Gdzie jest stołówka?</w:t>
            </w:r>
          </w:p>
        </w:tc>
      </w:tr>
      <w:tr w:rsidR="00CA6DD1" w:rsidRPr="002B5FD0" w14:paraId="3348F6AA" w14:textId="77777777">
        <w:tc>
          <w:tcPr>
            <w:tcW w:w="4320" w:type="dxa"/>
          </w:tcPr>
          <w:p w14:paraId="597425BE" w14:textId="77777777" w:rsidR="00CA6DD1" w:rsidRPr="002B5FD0" w:rsidRDefault="00000000">
            <w:r w:rsidRPr="002B5FD0">
              <w:t>Wat zijn de openingstijden?</w:t>
            </w:r>
          </w:p>
        </w:tc>
        <w:tc>
          <w:tcPr>
            <w:tcW w:w="4320" w:type="dxa"/>
          </w:tcPr>
          <w:p w14:paraId="57D8CD4D" w14:textId="77777777" w:rsidR="00CA6DD1" w:rsidRPr="002B5FD0" w:rsidRDefault="00000000">
            <w:r w:rsidRPr="002B5FD0">
              <w:t>Jakie są godziny otwarcia?</w:t>
            </w:r>
          </w:p>
        </w:tc>
      </w:tr>
      <w:tr w:rsidR="00CA6DD1" w:rsidRPr="002B5FD0" w14:paraId="7464219D" w14:textId="77777777">
        <w:tc>
          <w:tcPr>
            <w:tcW w:w="4320" w:type="dxa"/>
          </w:tcPr>
          <w:p w14:paraId="112B9C9F" w14:textId="77777777" w:rsidR="00CA6DD1" w:rsidRPr="002B5FD0" w:rsidRDefault="00000000">
            <w:r w:rsidRPr="002B5FD0">
              <w:t>Heb ik recht op reiskostenvergoeding?</w:t>
            </w:r>
          </w:p>
        </w:tc>
        <w:tc>
          <w:tcPr>
            <w:tcW w:w="4320" w:type="dxa"/>
          </w:tcPr>
          <w:p w14:paraId="51243077" w14:textId="77777777" w:rsidR="00CA6DD1" w:rsidRPr="002B5FD0" w:rsidRDefault="00000000">
            <w:r w:rsidRPr="002B5FD0">
              <w:t>Czy przysługuje mi zwrot kosztów dojazdu?</w:t>
            </w:r>
          </w:p>
        </w:tc>
      </w:tr>
      <w:tr w:rsidR="00CA6DD1" w:rsidRPr="002B5FD0" w14:paraId="38608DD9" w14:textId="77777777">
        <w:tc>
          <w:tcPr>
            <w:tcW w:w="4320" w:type="dxa"/>
          </w:tcPr>
          <w:p w14:paraId="406A82D0" w14:textId="77777777" w:rsidR="00CA6DD1" w:rsidRPr="002B5FD0" w:rsidRDefault="00000000">
            <w:r w:rsidRPr="002B5FD0">
              <w:t>Moet ik veiligheidsschoenen dragen?</w:t>
            </w:r>
          </w:p>
        </w:tc>
        <w:tc>
          <w:tcPr>
            <w:tcW w:w="4320" w:type="dxa"/>
          </w:tcPr>
          <w:p w14:paraId="51294C4A" w14:textId="77777777" w:rsidR="00CA6DD1" w:rsidRPr="002B5FD0" w:rsidRDefault="00000000">
            <w:r w:rsidRPr="002B5FD0">
              <w:t>Czy muszę nosić buty ochronne?</w:t>
            </w:r>
          </w:p>
        </w:tc>
      </w:tr>
      <w:tr w:rsidR="00CA6DD1" w:rsidRPr="002B5FD0" w14:paraId="37F43641" w14:textId="77777777">
        <w:tc>
          <w:tcPr>
            <w:tcW w:w="4320" w:type="dxa"/>
          </w:tcPr>
          <w:p w14:paraId="6B2E84F0" w14:textId="77777777" w:rsidR="00CA6DD1" w:rsidRPr="002B5FD0" w:rsidRDefault="00000000">
            <w:r w:rsidRPr="002B5FD0">
              <w:t>Waar is de uitgang?</w:t>
            </w:r>
          </w:p>
        </w:tc>
        <w:tc>
          <w:tcPr>
            <w:tcW w:w="4320" w:type="dxa"/>
          </w:tcPr>
          <w:p w14:paraId="72AED37C" w14:textId="77777777" w:rsidR="00CA6DD1" w:rsidRPr="002B5FD0" w:rsidRDefault="00000000">
            <w:r w:rsidRPr="002B5FD0">
              <w:t>Gdzie jest wyjście?</w:t>
            </w:r>
          </w:p>
        </w:tc>
      </w:tr>
      <w:tr w:rsidR="00CA6DD1" w:rsidRPr="002B5FD0" w14:paraId="4C31C285" w14:textId="77777777">
        <w:tc>
          <w:tcPr>
            <w:tcW w:w="4320" w:type="dxa"/>
          </w:tcPr>
          <w:p w14:paraId="2ED23F58" w14:textId="77777777" w:rsidR="00CA6DD1" w:rsidRPr="002B5FD0" w:rsidRDefault="00000000">
            <w:r w:rsidRPr="002B5FD0">
              <w:t>Wie kan ik bellen bij noodgevallen?</w:t>
            </w:r>
          </w:p>
        </w:tc>
        <w:tc>
          <w:tcPr>
            <w:tcW w:w="4320" w:type="dxa"/>
          </w:tcPr>
          <w:p w14:paraId="52D4E3BE" w14:textId="44B00FD1" w:rsidR="00CA6DD1" w:rsidRPr="002B5FD0" w:rsidRDefault="00E55D3F">
            <w:r>
              <w:t>Do k</w:t>
            </w:r>
            <w:r w:rsidR="00000000" w:rsidRPr="002B5FD0">
              <w:t>ogo mogę zadzwonić w nagłych wypadkach?</w:t>
            </w:r>
          </w:p>
        </w:tc>
      </w:tr>
      <w:tr w:rsidR="00CA6DD1" w:rsidRPr="002B5FD0" w14:paraId="32CB210C" w14:textId="77777777">
        <w:tc>
          <w:tcPr>
            <w:tcW w:w="4320" w:type="dxa"/>
          </w:tcPr>
          <w:p w14:paraId="2C0041A2" w14:textId="77777777" w:rsidR="00CA6DD1" w:rsidRPr="002B5FD0" w:rsidRDefault="00000000">
            <w:r w:rsidRPr="002B5FD0">
              <w:t>Is er een EHBO-post?</w:t>
            </w:r>
          </w:p>
        </w:tc>
        <w:tc>
          <w:tcPr>
            <w:tcW w:w="4320" w:type="dxa"/>
          </w:tcPr>
          <w:p w14:paraId="20E2AB1C" w14:textId="77777777" w:rsidR="00CA6DD1" w:rsidRPr="002B5FD0" w:rsidRDefault="00000000">
            <w:r w:rsidRPr="002B5FD0">
              <w:t>Czy jest punkt pierwszej pomocy?</w:t>
            </w:r>
          </w:p>
        </w:tc>
      </w:tr>
      <w:tr w:rsidR="00CA6DD1" w:rsidRPr="002B5FD0" w14:paraId="6E92BFB0" w14:textId="77777777">
        <w:tc>
          <w:tcPr>
            <w:tcW w:w="4320" w:type="dxa"/>
          </w:tcPr>
          <w:p w14:paraId="35BF94F7" w14:textId="77777777" w:rsidR="00CA6DD1" w:rsidRPr="002B5FD0" w:rsidRDefault="00000000">
            <w:r w:rsidRPr="002B5FD0">
              <w:t>Ik wil graag even pauzeren.</w:t>
            </w:r>
          </w:p>
        </w:tc>
        <w:tc>
          <w:tcPr>
            <w:tcW w:w="4320" w:type="dxa"/>
          </w:tcPr>
          <w:p w14:paraId="11C285C6" w14:textId="77777777" w:rsidR="00CA6DD1" w:rsidRPr="002B5FD0" w:rsidRDefault="00000000">
            <w:r w:rsidRPr="002B5FD0">
              <w:t>Chciałbym/Chciałabym chwilę odpocząć.</w:t>
            </w:r>
          </w:p>
        </w:tc>
      </w:tr>
      <w:tr w:rsidR="00CA6DD1" w:rsidRPr="002B5FD0" w14:paraId="7F6996BC" w14:textId="77777777">
        <w:tc>
          <w:tcPr>
            <w:tcW w:w="4320" w:type="dxa"/>
          </w:tcPr>
          <w:p w14:paraId="0ED0BD13" w14:textId="77777777" w:rsidR="00CA6DD1" w:rsidRPr="002B5FD0" w:rsidRDefault="00000000">
            <w:r w:rsidRPr="002B5FD0">
              <w:t>Wanneer is de volgende werkdag?</w:t>
            </w:r>
          </w:p>
        </w:tc>
        <w:tc>
          <w:tcPr>
            <w:tcW w:w="4320" w:type="dxa"/>
          </w:tcPr>
          <w:p w14:paraId="78F2385F" w14:textId="77777777" w:rsidR="00CA6DD1" w:rsidRPr="002B5FD0" w:rsidRDefault="00000000">
            <w:r w:rsidRPr="002B5FD0">
              <w:t>Kiedy jest następny dzień pracy?</w:t>
            </w:r>
          </w:p>
        </w:tc>
      </w:tr>
      <w:tr w:rsidR="00CA6DD1" w:rsidRPr="002B5FD0" w14:paraId="2BDD444D" w14:textId="77777777">
        <w:tc>
          <w:tcPr>
            <w:tcW w:w="4320" w:type="dxa"/>
          </w:tcPr>
          <w:p w14:paraId="10C89ED0" w14:textId="77777777" w:rsidR="00CA6DD1" w:rsidRPr="002B5FD0" w:rsidRDefault="00000000">
            <w:r w:rsidRPr="002B5FD0">
              <w:t>Ik zie je morgen op het werk.</w:t>
            </w:r>
          </w:p>
        </w:tc>
        <w:tc>
          <w:tcPr>
            <w:tcW w:w="4320" w:type="dxa"/>
          </w:tcPr>
          <w:p w14:paraId="7B81566B" w14:textId="77777777" w:rsidR="00CA6DD1" w:rsidRPr="002B5FD0" w:rsidRDefault="00000000">
            <w:r w:rsidRPr="002B5FD0">
              <w:t>Do zobaczenia jutro w pracy.</w:t>
            </w:r>
          </w:p>
        </w:tc>
      </w:tr>
      <w:tr w:rsidR="00CA6DD1" w:rsidRPr="002B5FD0" w14:paraId="6C34B33F" w14:textId="77777777">
        <w:tc>
          <w:tcPr>
            <w:tcW w:w="4320" w:type="dxa"/>
          </w:tcPr>
          <w:p w14:paraId="62921A82" w14:textId="77777777" w:rsidR="00CA6DD1" w:rsidRPr="002B5FD0" w:rsidRDefault="00000000">
            <w:r w:rsidRPr="002B5FD0">
              <w:t>Werk ze!</w:t>
            </w:r>
          </w:p>
        </w:tc>
        <w:tc>
          <w:tcPr>
            <w:tcW w:w="4320" w:type="dxa"/>
          </w:tcPr>
          <w:p w14:paraId="1A0FD395" w14:textId="77777777" w:rsidR="00CA6DD1" w:rsidRPr="002B5FD0" w:rsidRDefault="00000000">
            <w:r w:rsidRPr="002B5FD0">
              <w:t>Miłej pracy!</w:t>
            </w:r>
          </w:p>
        </w:tc>
      </w:tr>
      <w:tr w:rsidR="00CA6DD1" w:rsidRPr="002B5FD0" w14:paraId="15DA2934" w14:textId="77777777">
        <w:tc>
          <w:tcPr>
            <w:tcW w:w="4320" w:type="dxa"/>
          </w:tcPr>
          <w:p w14:paraId="3CCD79F6" w14:textId="77777777" w:rsidR="00CA6DD1" w:rsidRPr="002B5FD0" w:rsidRDefault="00000000">
            <w:r w:rsidRPr="002B5FD0">
              <w:lastRenderedPageBreak/>
              <w:t>Tot straks!</w:t>
            </w:r>
          </w:p>
        </w:tc>
        <w:tc>
          <w:tcPr>
            <w:tcW w:w="4320" w:type="dxa"/>
          </w:tcPr>
          <w:p w14:paraId="31CCB8CC" w14:textId="77777777" w:rsidR="00CA6DD1" w:rsidRPr="002B5FD0" w:rsidRDefault="00000000">
            <w:r w:rsidRPr="002B5FD0">
              <w:t>Do zobaczenia!</w:t>
            </w:r>
          </w:p>
        </w:tc>
      </w:tr>
      <w:tr w:rsidR="00CA6DD1" w:rsidRPr="002B5FD0" w14:paraId="14638EF6" w14:textId="77777777">
        <w:tc>
          <w:tcPr>
            <w:tcW w:w="4320" w:type="dxa"/>
          </w:tcPr>
          <w:p w14:paraId="6D6B611E" w14:textId="77777777" w:rsidR="00CA6DD1" w:rsidRPr="002B5FD0" w:rsidRDefault="00000000">
            <w:r w:rsidRPr="002B5FD0">
              <w:t>Fijne werkdag!</w:t>
            </w:r>
          </w:p>
        </w:tc>
        <w:tc>
          <w:tcPr>
            <w:tcW w:w="4320" w:type="dxa"/>
          </w:tcPr>
          <w:p w14:paraId="4B79A2B3" w14:textId="77777777" w:rsidR="00CA6DD1" w:rsidRPr="002B5FD0" w:rsidRDefault="00000000">
            <w:r w:rsidRPr="002B5FD0">
              <w:t>Miłego dnia w pracy!</w:t>
            </w:r>
          </w:p>
        </w:tc>
      </w:tr>
    </w:tbl>
    <w:p w14:paraId="53815698" w14:textId="77777777" w:rsidR="00CF5B3E" w:rsidRDefault="00CF5B3E"/>
    <w:sectPr w:rsidR="00CF5B3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78641939">
    <w:abstractNumId w:val="8"/>
  </w:num>
  <w:num w:numId="2" w16cid:durableId="1421441791">
    <w:abstractNumId w:val="6"/>
  </w:num>
  <w:num w:numId="3" w16cid:durableId="89543447">
    <w:abstractNumId w:val="5"/>
  </w:num>
  <w:num w:numId="4" w16cid:durableId="657878132">
    <w:abstractNumId w:val="4"/>
  </w:num>
  <w:num w:numId="5" w16cid:durableId="186794206">
    <w:abstractNumId w:val="7"/>
  </w:num>
  <w:num w:numId="6" w16cid:durableId="325211345">
    <w:abstractNumId w:val="3"/>
  </w:num>
  <w:num w:numId="7" w16cid:durableId="1434323981">
    <w:abstractNumId w:val="2"/>
  </w:num>
  <w:num w:numId="8" w16cid:durableId="398748946">
    <w:abstractNumId w:val="1"/>
  </w:num>
  <w:num w:numId="9" w16cid:durableId="849760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B5FD0"/>
    <w:rsid w:val="00326F90"/>
    <w:rsid w:val="004F690A"/>
    <w:rsid w:val="005A5528"/>
    <w:rsid w:val="00671AE3"/>
    <w:rsid w:val="006F4DE1"/>
    <w:rsid w:val="00AA1D8D"/>
    <w:rsid w:val="00B47730"/>
    <w:rsid w:val="00B63C4B"/>
    <w:rsid w:val="00B904F7"/>
    <w:rsid w:val="00C9444E"/>
    <w:rsid w:val="00C94CA6"/>
    <w:rsid w:val="00CA6DD1"/>
    <w:rsid w:val="00CB0664"/>
    <w:rsid w:val="00CF5B3E"/>
    <w:rsid w:val="00E55D3F"/>
    <w:rsid w:val="00EC1B73"/>
    <w:rsid w:val="00F92C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0FCD5375-1717-44C8-846E-962C30347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  <w:rPr>
      <w:lang w:val="pl-PL"/>
    </w:rPr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1071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 Sasiadek</cp:lastModifiedBy>
  <cp:revision>12</cp:revision>
  <dcterms:created xsi:type="dcterms:W3CDTF">2013-12-23T23:15:00Z</dcterms:created>
  <dcterms:modified xsi:type="dcterms:W3CDTF">2025-05-31T15:54:00Z</dcterms:modified>
  <cp:category/>
</cp:coreProperties>
</file>