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3E9C7" w14:textId="4C806474" w:rsidR="007B1DAF" w:rsidRPr="00803BBF" w:rsidRDefault="00F9600D">
      <w:pPr>
        <w:pStyle w:val="Titel"/>
      </w:pPr>
      <w:r w:rsidRPr="00803BBF">
        <w:t xml:space="preserve">PRACA- </w:t>
      </w:r>
      <w:r w:rsidR="00803BBF" w:rsidRPr="00803BBF">
        <w:t>słówka</w:t>
      </w:r>
      <w:r w:rsidRPr="00803BBF"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7B1DAF" w:rsidRPr="00803BBF" w14:paraId="4729EBDD" w14:textId="77777777">
        <w:tc>
          <w:tcPr>
            <w:tcW w:w="2880" w:type="dxa"/>
          </w:tcPr>
          <w:p w14:paraId="537C66C9" w14:textId="416F8776" w:rsidR="007B1DAF" w:rsidRPr="00803BBF" w:rsidRDefault="00000000">
            <w:r w:rsidRPr="00803BBF">
              <w:t xml:space="preserve">Kategoria </w:t>
            </w:r>
          </w:p>
        </w:tc>
        <w:tc>
          <w:tcPr>
            <w:tcW w:w="2880" w:type="dxa"/>
          </w:tcPr>
          <w:p w14:paraId="668011A5" w14:textId="6A167065" w:rsidR="007B1DAF" w:rsidRPr="00803BBF" w:rsidRDefault="00803BBF">
            <w:r w:rsidRPr="00803BBF">
              <w:t>Język niderlandzki</w:t>
            </w:r>
          </w:p>
        </w:tc>
        <w:tc>
          <w:tcPr>
            <w:tcW w:w="2880" w:type="dxa"/>
          </w:tcPr>
          <w:p w14:paraId="5A31E4F8" w14:textId="0AD04EC0" w:rsidR="007B1DAF" w:rsidRPr="00803BBF" w:rsidRDefault="00803BBF">
            <w:r w:rsidRPr="00803BBF">
              <w:t>Język polski</w:t>
            </w:r>
          </w:p>
        </w:tc>
      </w:tr>
      <w:tr w:rsidR="007B1DAF" w:rsidRPr="00803BBF" w14:paraId="4FDE8A1F" w14:textId="77777777">
        <w:tc>
          <w:tcPr>
            <w:tcW w:w="2880" w:type="dxa"/>
          </w:tcPr>
          <w:p w14:paraId="2E4A5B19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75959171" w14:textId="77777777" w:rsidR="007B1DAF" w:rsidRPr="00803BBF" w:rsidRDefault="00000000">
            <w:r w:rsidRPr="00803BBF">
              <w:t>werk</w:t>
            </w:r>
          </w:p>
        </w:tc>
        <w:tc>
          <w:tcPr>
            <w:tcW w:w="2880" w:type="dxa"/>
          </w:tcPr>
          <w:p w14:paraId="05F98135" w14:textId="77777777" w:rsidR="007B1DAF" w:rsidRPr="00803BBF" w:rsidRDefault="00000000">
            <w:r w:rsidRPr="00803BBF">
              <w:t>praca</w:t>
            </w:r>
          </w:p>
        </w:tc>
      </w:tr>
      <w:tr w:rsidR="007B1DAF" w:rsidRPr="00803BBF" w14:paraId="5E6CAEB1" w14:textId="77777777">
        <w:tc>
          <w:tcPr>
            <w:tcW w:w="2880" w:type="dxa"/>
          </w:tcPr>
          <w:p w14:paraId="2765A61F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01A2CB75" w14:textId="77777777" w:rsidR="007B1DAF" w:rsidRPr="00803BBF" w:rsidRDefault="00000000">
            <w:proofErr w:type="spellStart"/>
            <w:r w:rsidRPr="00803BBF">
              <w:t>werknemer</w:t>
            </w:r>
            <w:proofErr w:type="spellEnd"/>
          </w:p>
        </w:tc>
        <w:tc>
          <w:tcPr>
            <w:tcW w:w="2880" w:type="dxa"/>
          </w:tcPr>
          <w:p w14:paraId="5D63F2F6" w14:textId="77777777" w:rsidR="007B1DAF" w:rsidRPr="00803BBF" w:rsidRDefault="00000000">
            <w:r w:rsidRPr="00803BBF">
              <w:t>pracownik</w:t>
            </w:r>
          </w:p>
        </w:tc>
      </w:tr>
      <w:tr w:rsidR="007B1DAF" w:rsidRPr="00803BBF" w14:paraId="46B39B69" w14:textId="77777777">
        <w:tc>
          <w:tcPr>
            <w:tcW w:w="2880" w:type="dxa"/>
          </w:tcPr>
          <w:p w14:paraId="0A76B41D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06E88106" w14:textId="77777777" w:rsidR="007B1DAF" w:rsidRPr="00803BBF" w:rsidRDefault="00000000">
            <w:proofErr w:type="spellStart"/>
            <w:r w:rsidRPr="00803BBF">
              <w:t>werkgever</w:t>
            </w:r>
            <w:proofErr w:type="spellEnd"/>
          </w:p>
        </w:tc>
        <w:tc>
          <w:tcPr>
            <w:tcW w:w="2880" w:type="dxa"/>
          </w:tcPr>
          <w:p w14:paraId="20AA7768" w14:textId="77777777" w:rsidR="007B1DAF" w:rsidRPr="00803BBF" w:rsidRDefault="00000000">
            <w:r w:rsidRPr="00803BBF">
              <w:t>pracodawca</w:t>
            </w:r>
          </w:p>
        </w:tc>
      </w:tr>
      <w:tr w:rsidR="007B1DAF" w:rsidRPr="00803BBF" w14:paraId="6C838B6A" w14:textId="77777777">
        <w:tc>
          <w:tcPr>
            <w:tcW w:w="2880" w:type="dxa"/>
          </w:tcPr>
          <w:p w14:paraId="735DE1AF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73A7EEE8" w14:textId="77777777" w:rsidR="007B1DAF" w:rsidRPr="00803BBF" w:rsidRDefault="00000000">
            <w:proofErr w:type="spellStart"/>
            <w:r w:rsidRPr="00803BBF">
              <w:t>collega</w:t>
            </w:r>
            <w:proofErr w:type="spellEnd"/>
          </w:p>
        </w:tc>
        <w:tc>
          <w:tcPr>
            <w:tcW w:w="2880" w:type="dxa"/>
          </w:tcPr>
          <w:p w14:paraId="0C852FB3" w14:textId="77777777" w:rsidR="007B1DAF" w:rsidRPr="00803BBF" w:rsidRDefault="00000000">
            <w:r w:rsidRPr="00803BBF">
              <w:t>kolega z pracy</w:t>
            </w:r>
          </w:p>
        </w:tc>
      </w:tr>
      <w:tr w:rsidR="007B1DAF" w:rsidRPr="00803BBF" w14:paraId="3196326D" w14:textId="77777777">
        <w:tc>
          <w:tcPr>
            <w:tcW w:w="2880" w:type="dxa"/>
          </w:tcPr>
          <w:p w14:paraId="0D8853DA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42058CDD" w14:textId="77777777" w:rsidR="007B1DAF" w:rsidRPr="00803BBF" w:rsidRDefault="00000000">
            <w:proofErr w:type="spellStart"/>
            <w:r w:rsidRPr="00803BBF">
              <w:t>functie</w:t>
            </w:r>
            <w:proofErr w:type="spellEnd"/>
          </w:p>
        </w:tc>
        <w:tc>
          <w:tcPr>
            <w:tcW w:w="2880" w:type="dxa"/>
          </w:tcPr>
          <w:p w14:paraId="69F9DCBD" w14:textId="77777777" w:rsidR="007B1DAF" w:rsidRPr="00803BBF" w:rsidRDefault="00000000">
            <w:r w:rsidRPr="00803BBF">
              <w:t>stanowisko</w:t>
            </w:r>
          </w:p>
        </w:tc>
      </w:tr>
      <w:tr w:rsidR="007B1DAF" w:rsidRPr="00803BBF" w14:paraId="451CE4DF" w14:textId="77777777">
        <w:tc>
          <w:tcPr>
            <w:tcW w:w="2880" w:type="dxa"/>
          </w:tcPr>
          <w:p w14:paraId="6A194B6C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676F678B" w14:textId="77777777" w:rsidR="007B1DAF" w:rsidRPr="00803BBF" w:rsidRDefault="00000000">
            <w:proofErr w:type="spellStart"/>
            <w:r w:rsidRPr="00803BBF">
              <w:t>sollicitatie</w:t>
            </w:r>
            <w:proofErr w:type="spellEnd"/>
          </w:p>
        </w:tc>
        <w:tc>
          <w:tcPr>
            <w:tcW w:w="2880" w:type="dxa"/>
          </w:tcPr>
          <w:p w14:paraId="37E41C42" w14:textId="77777777" w:rsidR="007B1DAF" w:rsidRPr="00803BBF" w:rsidRDefault="00000000">
            <w:r w:rsidRPr="00803BBF">
              <w:t>podanie o pracę</w:t>
            </w:r>
          </w:p>
        </w:tc>
      </w:tr>
      <w:tr w:rsidR="007B1DAF" w:rsidRPr="00803BBF" w14:paraId="342ACE7A" w14:textId="77777777">
        <w:tc>
          <w:tcPr>
            <w:tcW w:w="2880" w:type="dxa"/>
          </w:tcPr>
          <w:p w14:paraId="00851123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0BEF2231" w14:textId="77777777" w:rsidR="007B1DAF" w:rsidRPr="00803BBF" w:rsidRDefault="00000000">
            <w:proofErr w:type="spellStart"/>
            <w:r w:rsidRPr="00803BBF">
              <w:t>vacature</w:t>
            </w:r>
            <w:proofErr w:type="spellEnd"/>
          </w:p>
        </w:tc>
        <w:tc>
          <w:tcPr>
            <w:tcW w:w="2880" w:type="dxa"/>
          </w:tcPr>
          <w:p w14:paraId="6FFF674C" w14:textId="77777777" w:rsidR="007B1DAF" w:rsidRPr="00803BBF" w:rsidRDefault="00000000">
            <w:r w:rsidRPr="00803BBF">
              <w:t>oferta pracy</w:t>
            </w:r>
          </w:p>
        </w:tc>
      </w:tr>
      <w:tr w:rsidR="007B1DAF" w:rsidRPr="00803BBF" w14:paraId="599B85A7" w14:textId="77777777">
        <w:tc>
          <w:tcPr>
            <w:tcW w:w="2880" w:type="dxa"/>
          </w:tcPr>
          <w:p w14:paraId="693FE3ED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5317F17C" w14:textId="77777777" w:rsidR="007B1DAF" w:rsidRPr="00803BBF" w:rsidRDefault="00000000">
            <w:r w:rsidRPr="00803BBF">
              <w:t>cv</w:t>
            </w:r>
          </w:p>
        </w:tc>
        <w:tc>
          <w:tcPr>
            <w:tcW w:w="2880" w:type="dxa"/>
          </w:tcPr>
          <w:p w14:paraId="5897FB96" w14:textId="77777777" w:rsidR="007B1DAF" w:rsidRPr="00803BBF" w:rsidRDefault="00000000">
            <w:r w:rsidRPr="00803BBF">
              <w:t>życiorys</w:t>
            </w:r>
          </w:p>
        </w:tc>
      </w:tr>
      <w:tr w:rsidR="007B1DAF" w:rsidRPr="00803BBF" w14:paraId="34BBCE89" w14:textId="77777777">
        <w:tc>
          <w:tcPr>
            <w:tcW w:w="2880" w:type="dxa"/>
          </w:tcPr>
          <w:p w14:paraId="3E63418B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00D63E3A" w14:textId="77777777" w:rsidR="007B1DAF" w:rsidRPr="00803BBF" w:rsidRDefault="00000000">
            <w:proofErr w:type="spellStart"/>
            <w:r w:rsidRPr="00803BBF">
              <w:t>motivatiebrief</w:t>
            </w:r>
            <w:proofErr w:type="spellEnd"/>
          </w:p>
        </w:tc>
        <w:tc>
          <w:tcPr>
            <w:tcW w:w="2880" w:type="dxa"/>
          </w:tcPr>
          <w:p w14:paraId="361DEA8C" w14:textId="77777777" w:rsidR="007B1DAF" w:rsidRPr="00803BBF" w:rsidRDefault="00000000">
            <w:r w:rsidRPr="00803BBF">
              <w:t>list motywacyjny</w:t>
            </w:r>
          </w:p>
        </w:tc>
      </w:tr>
      <w:tr w:rsidR="007B1DAF" w:rsidRPr="00803BBF" w14:paraId="5F10D7A3" w14:textId="77777777">
        <w:tc>
          <w:tcPr>
            <w:tcW w:w="2880" w:type="dxa"/>
          </w:tcPr>
          <w:p w14:paraId="23EF1C43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271BFC8D" w14:textId="77777777" w:rsidR="007B1DAF" w:rsidRPr="00803BBF" w:rsidRDefault="00000000">
            <w:proofErr w:type="spellStart"/>
            <w:r w:rsidRPr="00803BBF">
              <w:t>sollicitatiegesprek</w:t>
            </w:r>
            <w:proofErr w:type="spellEnd"/>
          </w:p>
        </w:tc>
        <w:tc>
          <w:tcPr>
            <w:tcW w:w="2880" w:type="dxa"/>
          </w:tcPr>
          <w:p w14:paraId="77B46843" w14:textId="77777777" w:rsidR="007B1DAF" w:rsidRPr="00803BBF" w:rsidRDefault="00000000">
            <w:r w:rsidRPr="00803BBF">
              <w:t>rozmowa kwalifikacyjna</w:t>
            </w:r>
          </w:p>
        </w:tc>
      </w:tr>
      <w:tr w:rsidR="007B1DAF" w:rsidRPr="00803BBF" w14:paraId="66ABA48C" w14:textId="77777777">
        <w:tc>
          <w:tcPr>
            <w:tcW w:w="2880" w:type="dxa"/>
          </w:tcPr>
          <w:p w14:paraId="242D6773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7CE67B71" w14:textId="77777777" w:rsidR="007B1DAF" w:rsidRPr="00803BBF" w:rsidRDefault="00000000">
            <w:proofErr w:type="spellStart"/>
            <w:r w:rsidRPr="00803BBF">
              <w:t>vergadering</w:t>
            </w:r>
            <w:proofErr w:type="spellEnd"/>
          </w:p>
        </w:tc>
        <w:tc>
          <w:tcPr>
            <w:tcW w:w="2880" w:type="dxa"/>
          </w:tcPr>
          <w:p w14:paraId="311AA7FF" w14:textId="77777777" w:rsidR="007B1DAF" w:rsidRPr="00803BBF" w:rsidRDefault="00000000">
            <w:r w:rsidRPr="00803BBF">
              <w:t>zebranie</w:t>
            </w:r>
          </w:p>
        </w:tc>
      </w:tr>
      <w:tr w:rsidR="007B1DAF" w:rsidRPr="00803BBF" w14:paraId="3AF50463" w14:textId="77777777">
        <w:tc>
          <w:tcPr>
            <w:tcW w:w="2880" w:type="dxa"/>
          </w:tcPr>
          <w:p w14:paraId="61D47090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2DEF3F1F" w14:textId="77777777" w:rsidR="007B1DAF" w:rsidRPr="00803BBF" w:rsidRDefault="00000000">
            <w:proofErr w:type="spellStart"/>
            <w:r w:rsidRPr="00803BBF">
              <w:t>kantoor</w:t>
            </w:r>
            <w:proofErr w:type="spellEnd"/>
          </w:p>
        </w:tc>
        <w:tc>
          <w:tcPr>
            <w:tcW w:w="2880" w:type="dxa"/>
          </w:tcPr>
          <w:p w14:paraId="4E5556F0" w14:textId="77777777" w:rsidR="007B1DAF" w:rsidRPr="00803BBF" w:rsidRDefault="00000000">
            <w:r w:rsidRPr="00803BBF">
              <w:t>biuro</w:t>
            </w:r>
          </w:p>
        </w:tc>
      </w:tr>
      <w:tr w:rsidR="007B1DAF" w:rsidRPr="00803BBF" w14:paraId="3A99EE04" w14:textId="77777777">
        <w:tc>
          <w:tcPr>
            <w:tcW w:w="2880" w:type="dxa"/>
          </w:tcPr>
          <w:p w14:paraId="64B62394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3A7FC7E5" w14:textId="77777777" w:rsidR="007B1DAF" w:rsidRPr="00803BBF" w:rsidRDefault="00000000">
            <w:proofErr w:type="spellStart"/>
            <w:r w:rsidRPr="00803BBF">
              <w:t>werkplek</w:t>
            </w:r>
            <w:proofErr w:type="spellEnd"/>
          </w:p>
        </w:tc>
        <w:tc>
          <w:tcPr>
            <w:tcW w:w="2880" w:type="dxa"/>
          </w:tcPr>
          <w:p w14:paraId="532481F1" w14:textId="77777777" w:rsidR="007B1DAF" w:rsidRPr="00803BBF" w:rsidRDefault="00000000">
            <w:r w:rsidRPr="00803BBF">
              <w:t>miejsce pracy</w:t>
            </w:r>
          </w:p>
        </w:tc>
      </w:tr>
      <w:tr w:rsidR="007B1DAF" w:rsidRPr="00803BBF" w14:paraId="55BEA889" w14:textId="77777777">
        <w:tc>
          <w:tcPr>
            <w:tcW w:w="2880" w:type="dxa"/>
          </w:tcPr>
          <w:p w14:paraId="3E4CE5C5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27179A00" w14:textId="77777777" w:rsidR="007B1DAF" w:rsidRPr="00803BBF" w:rsidRDefault="00000000">
            <w:proofErr w:type="spellStart"/>
            <w:r w:rsidRPr="00803BBF">
              <w:t>taak</w:t>
            </w:r>
            <w:proofErr w:type="spellEnd"/>
          </w:p>
        </w:tc>
        <w:tc>
          <w:tcPr>
            <w:tcW w:w="2880" w:type="dxa"/>
          </w:tcPr>
          <w:p w14:paraId="4F7BA6E6" w14:textId="77777777" w:rsidR="007B1DAF" w:rsidRPr="00803BBF" w:rsidRDefault="00000000">
            <w:r w:rsidRPr="00803BBF">
              <w:t>zadanie</w:t>
            </w:r>
          </w:p>
        </w:tc>
      </w:tr>
      <w:tr w:rsidR="007B1DAF" w:rsidRPr="00803BBF" w14:paraId="12DCB62D" w14:textId="77777777">
        <w:tc>
          <w:tcPr>
            <w:tcW w:w="2880" w:type="dxa"/>
          </w:tcPr>
          <w:p w14:paraId="0E546797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5716BAD6" w14:textId="77777777" w:rsidR="007B1DAF" w:rsidRPr="00803BBF" w:rsidRDefault="00000000">
            <w:proofErr w:type="spellStart"/>
            <w:r w:rsidRPr="00803BBF">
              <w:t>project</w:t>
            </w:r>
            <w:proofErr w:type="spellEnd"/>
          </w:p>
        </w:tc>
        <w:tc>
          <w:tcPr>
            <w:tcW w:w="2880" w:type="dxa"/>
          </w:tcPr>
          <w:p w14:paraId="1E0A7950" w14:textId="77777777" w:rsidR="007B1DAF" w:rsidRPr="00803BBF" w:rsidRDefault="00000000">
            <w:r w:rsidRPr="00803BBF">
              <w:t>projekt</w:t>
            </w:r>
          </w:p>
        </w:tc>
      </w:tr>
      <w:tr w:rsidR="007B1DAF" w:rsidRPr="00803BBF" w14:paraId="72CCBE47" w14:textId="77777777">
        <w:tc>
          <w:tcPr>
            <w:tcW w:w="2880" w:type="dxa"/>
          </w:tcPr>
          <w:p w14:paraId="38459418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604F3BF3" w14:textId="77777777" w:rsidR="007B1DAF" w:rsidRPr="00803BBF" w:rsidRDefault="00000000">
            <w:proofErr w:type="spellStart"/>
            <w:r w:rsidRPr="00803BBF">
              <w:t>loon</w:t>
            </w:r>
            <w:proofErr w:type="spellEnd"/>
          </w:p>
        </w:tc>
        <w:tc>
          <w:tcPr>
            <w:tcW w:w="2880" w:type="dxa"/>
          </w:tcPr>
          <w:p w14:paraId="5ABBD44F" w14:textId="77777777" w:rsidR="007B1DAF" w:rsidRPr="00803BBF" w:rsidRDefault="00000000">
            <w:r w:rsidRPr="00803BBF">
              <w:t>wynagrodzenie</w:t>
            </w:r>
          </w:p>
        </w:tc>
      </w:tr>
      <w:tr w:rsidR="007B1DAF" w:rsidRPr="00803BBF" w14:paraId="5A04977B" w14:textId="77777777">
        <w:tc>
          <w:tcPr>
            <w:tcW w:w="2880" w:type="dxa"/>
          </w:tcPr>
          <w:p w14:paraId="33AC92FE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7E8FF502" w14:textId="77777777" w:rsidR="007B1DAF" w:rsidRPr="00803BBF" w:rsidRDefault="00000000">
            <w:proofErr w:type="spellStart"/>
            <w:r w:rsidRPr="00803BBF">
              <w:t>contract</w:t>
            </w:r>
            <w:proofErr w:type="spellEnd"/>
          </w:p>
        </w:tc>
        <w:tc>
          <w:tcPr>
            <w:tcW w:w="2880" w:type="dxa"/>
          </w:tcPr>
          <w:p w14:paraId="73B74CA7" w14:textId="77777777" w:rsidR="007B1DAF" w:rsidRPr="00803BBF" w:rsidRDefault="00000000">
            <w:r w:rsidRPr="00803BBF">
              <w:t>umowa</w:t>
            </w:r>
          </w:p>
        </w:tc>
      </w:tr>
      <w:tr w:rsidR="007B1DAF" w:rsidRPr="00803BBF" w14:paraId="42D72F9D" w14:textId="77777777">
        <w:tc>
          <w:tcPr>
            <w:tcW w:w="2880" w:type="dxa"/>
          </w:tcPr>
          <w:p w14:paraId="7D342A6A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554C1174" w14:textId="77777777" w:rsidR="007B1DAF" w:rsidRPr="00803BBF" w:rsidRDefault="00000000">
            <w:proofErr w:type="spellStart"/>
            <w:r w:rsidRPr="00803BBF">
              <w:t>werkuren</w:t>
            </w:r>
            <w:proofErr w:type="spellEnd"/>
          </w:p>
        </w:tc>
        <w:tc>
          <w:tcPr>
            <w:tcW w:w="2880" w:type="dxa"/>
          </w:tcPr>
          <w:p w14:paraId="62466D2D" w14:textId="77777777" w:rsidR="007B1DAF" w:rsidRPr="00803BBF" w:rsidRDefault="00000000">
            <w:r w:rsidRPr="00803BBF">
              <w:t>godziny pracy</w:t>
            </w:r>
          </w:p>
        </w:tc>
      </w:tr>
      <w:tr w:rsidR="007B1DAF" w:rsidRPr="00803BBF" w14:paraId="799C1C22" w14:textId="77777777">
        <w:tc>
          <w:tcPr>
            <w:tcW w:w="2880" w:type="dxa"/>
          </w:tcPr>
          <w:p w14:paraId="544A72D3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4723EBDB" w14:textId="77777777" w:rsidR="007B1DAF" w:rsidRPr="00803BBF" w:rsidRDefault="00000000">
            <w:proofErr w:type="spellStart"/>
            <w:r w:rsidRPr="00803BBF">
              <w:t>overuren</w:t>
            </w:r>
            <w:proofErr w:type="spellEnd"/>
          </w:p>
        </w:tc>
        <w:tc>
          <w:tcPr>
            <w:tcW w:w="2880" w:type="dxa"/>
          </w:tcPr>
          <w:p w14:paraId="481C1D48" w14:textId="77777777" w:rsidR="007B1DAF" w:rsidRPr="00803BBF" w:rsidRDefault="00000000">
            <w:r w:rsidRPr="00803BBF">
              <w:t>nadgodziny</w:t>
            </w:r>
          </w:p>
        </w:tc>
      </w:tr>
      <w:tr w:rsidR="007B1DAF" w:rsidRPr="00803BBF" w14:paraId="613BA39E" w14:textId="77777777">
        <w:tc>
          <w:tcPr>
            <w:tcW w:w="2880" w:type="dxa"/>
          </w:tcPr>
          <w:p w14:paraId="74F04167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400A12C4" w14:textId="77777777" w:rsidR="007B1DAF" w:rsidRPr="00803BBF" w:rsidRDefault="00000000">
            <w:proofErr w:type="spellStart"/>
            <w:r w:rsidRPr="00803BBF">
              <w:t>vakantie</w:t>
            </w:r>
            <w:proofErr w:type="spellEnd"/>
          </w:p>
        </w:tc>
        <w:tc>
          <w:tcPr>
            <w:tcW w:w="2880" w:type="dxa"/>
          </w:tcPr>
          <w:p w14:paraId="5D7EB6E7" w14:textId="77777777" w:rsidR="007B1DAF" w:rsidRPr="00803BBF" w:rsidRDefault="00000000">
            <w:r w:rsidRPr="00803BBF">
              <w:t>urlop</w:t>
            </w:r>
          </w:p>
        </w:tc>
      </w:tr>
      <w:tr w:rsidR="007B1DAF" w:rsidRPr="00803BBF" w14:paraId="0EB64359" w14:textId="77777777">
        <w:tc>
          <w:tcPr>
            <w:tcW w:w="2880" w:type="dxa"/>
          </w:tcPr>
          <w:p w14:paraId="4800CD39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61CDE1F7" w14:textId="77777777" w:rsidR="007B1DAF" w:rsidRPr="00803BBF" w:rsidRDefault="00000000">
            <w:proofErr w:type="spellStart"/>
            <w:r w:rsidRPr="00803BBF">
              <w:t>promotie</w:t>
            </w:r>
            <w:proofErr w:type="spellEnd"/>
          </w:p>
        </w:tc>
        <w:tc>
          <w:tcPr>
            <w:tcW w:w="2880" w:type="dxa"/>
          </w:tcPr>
          <w:p w14:paraId="3262ADE7" w14:textId="77777777" w:rsidR="007B1DAF" w:rsidRPr="00803BBF" w:rsidRDefault="00000000">
            <w:r w:rsidRPr="00803BBF">
              <w:t>awans</w:t>
            </w:r>
          </w:p>
        </w:tc>
      </w:tr>
      <w:tr w:rsidR="007B1DAF" w:rsidRPr="00803BBF" w14:paraId="0473BFA6" w14:textId="77777777">
        <w:tc>
          <w:tcPr>
            <w:tcW w:w="2880" w:type="dxa"/>
          </w:tcPr>
          <w:p w14:paraId="01426B4D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6C1B24C3" w14:textId="77777777" w:rsidR="007B1DAF" w:rsidRPr="00803BBF" w:rsidRDefault="00000000">
            <w:proofErr w:type="spellStart"/>
            <w:r w:rsidRPr="00803BBF">
              <w:t>ontslag</w:t>
            </w:r>
            <w:proofErr w:type="spellEnd"/>
          </w:p>
        </w:tc>
        <w:tc>
          <w:tcPr>
            <w:tcW w:w="2880" w:type="dxa"/>
          </w:tcPr>
          <w:p w14:paraId="685E4B18" w14:textId="77777777" w:rsidR="007B1DAF" w:rsidRPr="00803BBF" w:rsidRDefault="00000000">
            <w:r w:rsidRPr="00803BBF">
              <w:t>zwolnienie</w:t>
            </w:r>
          </w:p>
        </w:tc>
      </w:tr>
      <w:tr w:rsidR="007B1DAF" w:rsidRPr="00803BBF" w14:paraId="0EB6F6D2" w14:textId="77777777">
        <w:tc>
          <w:tcPr>
            <w:tcW w:w="2880" w:type="dxa"/>
          </w:tcPr>
          <w:p w14:paraId="678BF44E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7F284C98" w14:textId="77777777" w:rsidR="007B1DAF" w:rsidRPr="00803BBF" w:rsidRDefault="00000000">
            <w:proofErr w:type="spellStart"/>
            <w:r w:rsidRPr="00803BBF">
              <w:t>loopbaan</w:t>
            </w:r>
            <w:proofErr w:type="spellEnd"/>
          </w:p>
        </w:tc>
        <w:tc>
          <w:tcPr>
            <w:tcW w:w="2880" w:type="dxa"/>
          </w:tcPr>
          <w:p w14:paraId="480F5183" w14:textId="77777777" w:rsidR="007B1DAF" w:rsidRPr="00803BBF" w:rsidRDefault="00000000">
            <w:r w:rsidRPr="00803BBF">
              <w:t>kariera zawodowa</w:t>
            </w:r>
          </w:p>
        </w:tc>
      </w:tr>
      <w:tr w:rsidR="007B1DAF" w:rsidRPr="00803BBF" w14:paraId="488DD959" w14:textId="77777777">
        <w:tc>
          <w:tcPr>
            <w:tcW w:w="2880" w:type="dxa"/>
          </w:tcPr>
          <w:p w14:paraId="1C277CCE" w14:textId="77777777" w:rsidR="007B1DAF" w:rsidRPr="00803BBF" w:rsidRDefault="00000000">
            <w:r w:rsidRPr="00803BBF">
              <w:lastRenderedPageBreak/>
              <w:t>Kariera</w:t>
            </w:r>
          </w:p>
        </w:tc>
        <w:tc>
          <w:tcPr>
            <w:tcW w:w="2880" w:type="dxa"/>
          </w:tcPr>
          <w:p w14:paraId="31EBAC40" w14:textId="77777777" w:rsidR="007B1DAF" w:rsidRPr="00803BBF" w:rsidRDefault="00000000">
            <w:proofErr w:type="spellStart"/>
            <w:r w:rsidRPr="00803BBF">
              <w:t>ervaring</w:t>
            </w:r>
            <w:proofErr w:type="spellEnd"/>
          </w:p>
        </w:tc>
        <w:tc>
          <w:tcPr>
            <w:tcW w:w="2880" w:type="dxa"/>
          </w:tcPr>
          <w:p w14:paraId="393BDCAE" w14:textId="77777777" w:rsidR="007B1DAF" w:rsidRPr="00803BBF" w:rsidRDefault="00000000">
            <w:r w:rsidRPr="00803BBF">
              <w:t>doświadczenie</w:t>
            </w:r>
          </w:p>
        </w:tc>
      </w:tr>
      <w:tr w:rsidR="007B1DAF" w:rsidRPr="00803BBF" w14:paraId="691A1AC9" w14:textId="77777777">
        <w:tc>
          <w:tcPr>
            <w:tcW w:w="2880" w:type="dxa"/>
          </w:tcPr>
          <w:p w14:paraId="04D818E2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713F38A4" w14:textId="77777777" w:rsidR="007B1DAF" w:rsidRPr="00803BBF" w:rsidRDefault="00000000">
            <w:proofErr w:type="spellStart"/>
            <w:r w:rsidRPr="00803BBF">
              <w:t>opleiding</w:t>
            </w:r>
            <w:proofErr w:type="spellEnd"/>
          </w:p>
        </w:tc>
        <w:tc>
          <w:tcPr>
            <w:tcW w:w="2880" w:type="dxa"/>
          </w:tcPr>
          <w:p w14:paraId="216CE1AB" w14:textId="77777777" w:rsidR="007B1DAF" w:rsidRPr="00803BBF" w:rsidRDefault="00000000">
            <w:r w:rsidRPr="00803BBF">
              <w:t>szkolenie</w:t>
            </w:r>
          </w:p>
        </w:tc>
      </w:tr>
      <w:tr w:rsidR="007B1DAF" w:rsidRPr="00803BBF" w14:paraId="285BD4CB" w14:textId="77777777">
        <w:tc>
          <w:tcPr>
            <w:tcW w:w="2880" w:type="dxa"/>
          </w:tcPr>
          <w:p w14:paraId="29827DAB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0E1BCB23" w14:textId="77777777" w:rsidR="007B1DAF" w:rsidRPr="00803BBF" w:rsidRDefault="00000000">
            <w:proofErr w:type="spellStart"/>
            <w:r w:rsidRPr="00803BBF">
              <w:t>stress</w:t>
            </w:r>
            <w:proofErr w:type="spellEnd"/>
          </w:p>
        </w:tc>
        <w:tc>
          <w:tcPr>
            <w:tcW w:w="2880" w:type="dxa"/>
          </w:tcPr>
          <w:p w14:paraId="5B4CB22A" w14:textId="77777777" w:rsidR="007B1DAF" w:rsidRPr="00803BBF" w:rsidRDefault="00000000">
            <w:r w:rsidRPr="00803BBF">
              <w:t>stres</w:t>
            </w:r>
          </w:p>
        </w:tc>
      </w:tr>
      <w:tr w:rsidR="007B1DAF" w:rsidRPr="00803BBF" w14:paraId="42FB6127" w14:textId="77777777">
        <w:tc>
          <w:tcPr>
            <w:tcW w:w="2880" w:type="dxa"/>
          </w:tcPr>
          <w:p w14:paraId="65FF39EC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0B5E0C32" w14:textId="77777777" w:rsidR="007B1DAF" w:rsidRPr="00803BBF" w:rsidRDefault="00000000">
            <w:proofErr w:type="spellStart"/>
            <w:r w:rsidRPr="00803BBF">
              <w:t>conflict</w:t>
            </w:r>
            <w:proofErr w:type="spellEnd"/>
          </w:p>
        </w:tc>
        <w:tc>
          <w:tcPr>
            <w:tcW w:w="2880" w:type="dxa"/>
          </w:tcPr>
          <w:p w14:paraId="32069E80" w14:textId="77777777" w:rsidR="007B1DAF" w:rsidRPr="00803BBF" w:rsidRDefault="00000000">
            <w:r w:rsidRPr="00803BBF">
              <w:t>konflikt</w:t>
            </w:r>
          </w:p>
        </w:tc>
      </w:tr>
      <w:tr w:rsidR="007B1DAF" w:rsidRPr="00803BBF" w14:paraId="08CA53C9" w14:textId="77777777">
        <w:tc>
          <w:tcPr>
            <w:tcW w:w="2880" w:type="dxa"/>
          </w:tcPr>
          <w:p w14:paraId="40CAE80A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43349D6D" w14:textId="77777777" w:rsidR="007B1DAF" w:rsidRPr="00803BBF" w:rsidRDefault="00000000">
            <w:r w:rsidRPr="00803BBF">
              <w:t xml:space="preserve">te </w:t>
            </w:r>
            <w:proofErr w:type="spellStart"/>
            <w:r w:rsidRPr="00803BBF">
              <w:t>laat</w:t>
            </w:r>
            <w:proofErr w:type="spellEnd"/>
          </w:p>
        </w:tc>
        <w:tc>
          <w:tcPr>
            <w:tcW w:w="2880" w:type="dxa"/>
          </w:tcPr>
          <w:p w14:paraId="5488379D" w14:textId="77777777" w:rsidR="007B1DAF" w:rsidRPr="00803BBF" w:rsidRDefault="00000000">
            <w:r w:rsidRPr="00803BBF">
              <w:t>spóźnienie</w:t>
            </w:r>
          </w:p>
        </w:tc>
      </w:tr>
      <w:tr w:rsidR="007B1DAF" w:rsidRPr="00803BBF" w14:paraId="58A594B8" w14:textId="77777777">
        <w:tc>
          <w:tcPr>
            <w:tcW w:w="2880" w:type="dxa"/>
          </w:tcPr>
          <w:p w14:paraId="54FD0003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08F66390" w14:textId="77777777" w:rsidR="007B1DAF" w:rsidRPr="00803BBF" w:rsidRDefault="00000000">
            <w:proofErr w:type="spellStart"/>
            <w:r w:rsidRPr="00803BBF">
              <w:t>ziekmelding</w:t>
            </w:r>
            <w:proofErr w:type="spellEnd"/>
          </w:p>
        </w:tc>
        <w:tc>
          <w:tcPr>
            <w:tcW w:w="2880" w:type="dxa"/>
          </w:tcPr>
          <w:p w14:paraId="6F563113" w14:textId="77777777" w:rsidR="007B1DAF" w:rsidRPr="00803BBF" w:rsidRDefault="00000000">
            <w:r w:rsidRPr="00803BBF">
              <w:t>zgłoszenie choroby</w:t>
            </w:r>
          </w:p>
        </w:tc>
      </w:tr>
      <w:tr w:rsidR="007B1DAF" w:rsidRPr="00803BBF" w14:paraId="7FCEEA55" w14:textId="77777777">
        <w:tc>
          <w:tcPr>
            <w:tcW w:w="2880" w:type="dxa"/>
          </w:tcPr>
          <w:p w14:paraId="6347498F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40DDD04F" w14:textId="77777777" w:rsidR="007B1DAF" w:rsidRPr="00803BBF" w:rsidRDefault="00000000">
            <w:proofErr w:type="spellStart"/>
            <w:r w:rsidRPr="00803BBF">
              <w:t>onveiligheid</w:t>
            </w:r>
            <w:proofErr w:type="spellEnd"/>
          </w:p>
        </w:tc>
        <w:tc>
          <w:tcPr>
            <w:tcW w:w="2880" w:type="dxa"/>
          </w:tcPr>
          <w:p w14:paraId="188D4CFB" w14:textId="77777777" w:rsidR="007B1DAF" w:rsidRPr="00803BBF" w:rsidRDefault="00000000">
            <w:r w:rsidRPr="00803BBF">
              <w:t>niebezpieczeństwo</w:t>
            </w:r>
          </w:p>
        </w:tc>
      </w:tr>
      <w:tr w:rsidR="007B1DAF" w:rsidRPr="00803BBF" w14:paraId="1BE7D946" w14:textId="77777777">
        <w:tc>
          <w:tcPr>
            <w:tcW w:w="2880" w:type="dxa"/>
          </w:tcPr>
          <w:p w14:paraId="4000C513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78955007" w14:textId="77777777" w:rsidR="007B1DAF" w:rsidRPr="00803BBF" w:rsidRDefault="00000000">
            <w:proofErr w:type="spellStart"/>
            <w:r w:rsidRPr="00803BBF">
              <w:t>vaardigheid</w:t>
            </w:r>
            <w:proofErr w:type="spellEnd"/>
          </w:p>
        </w:tc>
        <w:tc>
          <w:tcPr>
            <w:tcW w:w="2880" w:type="dxa"/>
          </w:tcPr>
          <w:p w14:paraId="132C0C7D" w14:textId="77777777" w:rsidR="007B1DAF" w:rsidRPr="00803BBF" w:rsidRDefault="00000000">
            <w:r w:rsidRPr="00803BBF">
              <w:t>umiejętność</w:t>
            </w:r>
          </w:p>
        </w:tc>
      </w:tr>
      <w:tr w:rsidR="007B1DAF" w:rsidRPr="00803BBF" w14:paraId="39B3CDDF" w14:textId="77777777">
        <w:tc>
          <w:tcPr>
            <w:tcW w:w="2880" w:type="dxa"/>
          </w:tcPr>
          <w:p w14:paraId="28871F4F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62C8DB1C" w14:textId="77777777" w:rsidR="007B1DAF" w:rsidRPr="00803BBF" w:rsidRDefault="00000000">
            <w:proofErr w:type="spellStart"/>
            <w:r w:rsidRPr="00803BBF">
              <w:t>teamwerk</w:t>
            </w:r>
            <w:proofErr w:type="spellEnd"/>
          </w:p>
        </w:tc>
        <w:tc>
          <w:tcPr>
            <w:tcW w:w="2880" w:type="dxa"/>
          </w:tcPr>
          <w:p w14:paraId="4E8AB0F7" w14:textId="77777777" w:rsidR="007B1DAF" w:rsidRPr="00803BBF" w:rsidRDefault="00000000">
            <w:r w:rsidRPr="00803BBF">
              <w:t>praca zespołowa</w:t>
            </w:r>
          </w:p>
        </w:tc>
      </w:tr>
      <w:tr w:rsidR="007B1DAF" w:rsidRPr="00803BBF" w14:paraId="59983E5E" w14:textId="77777777">
        <w:tc>
          <w:tcPr>
            <w:tcW w:w="2880" w:type="dxa"/>
          </w:tcPr>
          <w:p w14:paraId="41EDAB32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55CD6611" w14:textId="77777777" w:rsidR="007B1DAF" w:rsidRPr="00803BBF" w:rsidRDefault="00000000">
            <w:proofErr w:type="spellStart"/>
            <w:r w:rsidRPr="00803BBF">
              <w:t>zelfstandig</w:t>
            </w:r>
            <w:proofErr w:type="spellEnd"/>
          </w:p>
        </w:tc>
        <w:tc>
          <w:tcPr>
            <w:tcW w:w="2880" w:type="dxa"/>
          </w:tcPr>
          <w:p w14:paraId="43D19043" w14:textId="77777777" w:rsidR="007B1DAF" w:rsidRPr="00803BBF" w:rsidRDefault="00000000">
            <w:r w:rsidRPr="00803BBF">
              <w:t>samodzielny</w:t>
            </w:r>
          </w:p>
        </w:tc>
      </w:tr>
      <w:tr w:rsidR="007B1DAF" w:rsidRPr="00803BBF" w14:paraId="74C7D46F" w14:textId="77777777">
        <w:tc>
          <w:tcPr>
            <w:tcW w:w="2880" w:type="dxa"/>
          </w:tcPr>
          <w:p w14:paraId="409D88CB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7695BC1E" w14:textId="77777777" w:rsidR="007B1DAF" w:rsidRPr="00803BBF" w:rsidRDefault="00000000">
            <w:proofErr w:type="spellStart"/>
            <w:r w:rsidRPr="00803BBF">
              <w:t>leiderschap</w:t>
            </w:r>
            <w:proofErr w:type="spellEnd"/>
          </w:p>
        </w:tc>
        <w:tc>
          <w:tcPr>
            <w:tcW w:w="2880" w:type="dxa"/>
          </w:tcPr>
          <w:p w14:paraId="695ECC13" w14:textId="77777777" w:rsidR="007B1DAF" w:rsidRPr="00803BBF" w:rsidRDefault="00000000">
            <w:r w:rsidRPr="00803BBF">
              <w:t>przywództwo</w:t>
            </w:r>
          </w:p>
        </w:tc>
      </w:tr>
      <w:tr w:rsidR="007B1DAF" w:rsidRPr="00803BBF" w14:paraId="36AF4DA4" w14:textId="77777777">
        <w:tc>
          <w:tcPr>
            <w:tcW w:w="2880" w:type="dxa"/>
          </w:tcPr>
          <w:p w14:paraId="312D96DE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3D0195E5" w14:textId="77777777" w:rsidR="007B1DAF" w:rsidRPr="00803BBF" w:rsidRDefault="00000000">
            <w:proofErr w:type="spellStart"/>
            <w:r w:rsidRPr="00803BBF">
              <w:t>communicatie</w:t>
            </w:r>
            <w:proofErr w:type="spellEnd"/>
          </w:p>
        </w:tc>
        <w:tc>
          <w:tcPr>
            <w:tcW w:w="2880" w:type="dxa"/>
          </w:tcPr>
          <w:p w14:paraId="00E04478" w14:textId="77777777" w:rsidR="007B1DAF" w:rsidRPr="00803BBF" w:rsidRDefault="00000000">
            <w:r w:rsidRPr="00803BBF">
              <w:t>komunikacja</w:t>
            </w:r>
          </w:p>
        </w:tc>
      </w:tr>
      <w:tr w:rsidR="007B1DAF" w:rsidRPr="00803BBF" w14:paraId="72051C21" w14:textId="77777777">
        <w:tc>
          <w:tcPr>
            <w:tcW w:w="2880" w:type="dxa"/>
          </w:tcPr>
          <w:p w14:paraId="7E426032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53715EBD" w14:textId="77777777" w:rsidR="007B1DAF" w:rsidRPr="00803BBF" w:rsidRDefault="00000000">
            <w:proofErr w:type="spellStart"/>
            <w:r w:rsidRPr="00803BBF">
              <w:t>arbeid</w:t>
            </w:r>
            <w:proofErr w:type="spellEnd"/>
          </w:p>
        </w:tc>
        <w:tc>
          <w:tcPr>
            <w:tcW w:w="2880" w:type="dxa"/>
          </w:tcPr>
          <w:p w14:paraId="3F4C6D2D" w14:textId="77777777" w:rsidR="007B1DAF" w:rsidRPr="00803BBF" w:rsidRDefault="00000000">
            <w:r w:rsidRPr="00803BBF">
              <w:t>zatrudnienie</w:t>
            </w:r>
          </w:p>
        </w:tc>
      </w:tr>
      <w:tr w:rsidR="007B1DAF" w:rsidRPr="00803BBF" w14:paraId="3315CA17" w14:textId="77777777">
        <w:tc>
          <w:tcPr>
            <w:tcW w:w="2880" w:type="dxa"/>
          </w:tcPr>
          <w:p w14:paraId="49151473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48BE605C" w14:textId="77777777" w:rsidR="007B1DAF" w:rsidRPr="00803BBF" w:rsidRDefault="00000000">
            <w:proofErr w:type="spellStart"/>
            <w:r w:rsidRPr="00803BBF">
              <w:t>beroep</w:t>
            </w:r>
            <w:proofErr w:type="spellEnd"/>
          </w:p>
        </w:tc>
        <w:tc>
          <w:tcPr>
            <w:tcW w:w="2880" w:type="dxa"/>
          </w:tcPr>
          <w:p w14:paraId="4A83886E" w14:textId="77777777" w:rsidR="007B1DAF" w:rsidRPr="00803BBF" w:rsidRDefault="00000000">
            <w:r w:rsidRPr="00803BBF">
              <w:t>zawód</w:t>
            </w:r>
          </w:p>
        </w:tc>
      </w:tr>
      <w:tr w:rsidR="007B1DAF" w:rsidRPr="00803BBF" w14:paraId="2B9BB694" w14:textId="77777777">
        <w:tc>
          <w:tcPr>
            <w:tcW w:w="2880" w:type="dxa"/>
          </w:tcPr>
          <w:p w14:paraId="65F69DEF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4115C1E6" w14:textId="77777777" w:rsidR="007B1DAF" w:rsidRPr="00803BBF" w:rsidRDefault="00000000">
            <w:proofErr w:type="spellStart"/>
            <w:r w:rsidRPr="00803BBF">
              <w:t>dienst</w:t>
            </w:r>
            <w:proofErr w:type="spellEnd"/>
          </w:p>
        </w:tc>
        <w:tc>
          <w:tcPr>
            <w:tcW w:w="2880" w:type="dxa"/>
          </w:tcPr>
          <w:p w14:paraId="7ABC79DB" w14:textId="77777777" w:rsidR="007B1DAF" w:rsidRPr="00803BBF" w:rsidRDefault="00000000">
            <w:r w:rsidRPr="00803BBF">
              <w:t>usługa</w:t>
            </w:r>
          </w:p>
        </w:tc>
      </w:tr>
      <w:tr w:rsidR="007B1DAF" w:rsidRPr="00803BBF" w14:paraId="54F0A165" w14:textId="77777777">
        <w:tc>
          <w:tcPr>
            <w:tcW w:w="2880" w:type="dxa"/>
          </w:tcPr>
          <w:p w14:paraId="0FB81486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23F81A78" w14:textId="77777777" w:rsidR="007B1DAF" w:rsidRPr="00803BBF" w:rsidRDefault="00000000">
            <w:proofErr w:type="spellStart"/>
            <w:r w:rsidRPr="00803BBF">
              <w:t>werkgever</w:t>
            </w:r>
            <w:proofErr w:type="spellEnd"/>
          </w:p>
        </w:tc>
        <w:tc>
          <w:tcPr>
            <w:tcW w:w="2880" w:type="dxa"/>
          </w:tcPr>
          <w:p w14:paraId="001C3382" w14:textId="77777777" w:rsidR="007B1DAF" w:rsidRPr="00803BBF" w:rsidRDefault="00000000">
            <w:r w:rsidRPr="00803BBF">
              <w:t>pracodawca</w:t>
            </w:r>
          </w:p>
        </w:tc>
      </w:tr>
      <w:tr w:rsidR="007B1DAF" w:rsidRPr="00803BBF" w14:paraId="72FF80A8" w14:textId="77777777">
        <w:tc>
          <w:tcPr>
            <w:tcW w:w="2880" w:type="dxa"/>
          </w:tcPr>
          <w:p w14:paraId="2E6C8F1D" w14:textId="77777777" w:rsidR="007B1DAF" w:rsidRPr="00803BBF" w:rsidRDefault="00000000">
            <w:r w:rsidRPr="00803BBF">
              <w:t>Ogólne</w:t>
            </w:r>
          </w:p>
        </w:tc>
        <w:tc>
          <w:tcPr>
            <w:tcW w:w="2880" w:type="dxa"/>
          </w:tcPr>
          <w:p w14:paraId="15BB1139" w14:textId="77777777" w:rsidR="007B1DAF" w:rsidRPr="00803BBF" w:rsidRDefault="00000000">
            <w:proofErr w:type="spellStart"/>
            <w:r w:rsidRPr="00803BBF">
              <w:t>bedrijf</w:t>
            </w:r>
            <w:proofErr w:type="spellEnd"/>
          </w:p>
        </w:tc>
        <w:tc>
          <w:tcPr>
            <w:tcW w:w="2880" w:type="dxa"/>
          </w:tcPr>
          <w:p w14:paraId="44906856" w14:textId="77777777" w:rsidR="007B1DAF" w:rsidRPr="00803BBF" w:rsidRDefault="00000000">
            <w:r w:rsidRPr="00803BBF">
              <w:t>firma</w:t>
            </w:r>
          </w:p>
        </w:tc>
      </w:tr>
      <w:tr w:rsidR="007B1DAF" w:rsidRPr="00803BBF" w14:paraId="5DD02EF6" w14:textId="77777777">
        <w:tc>
          <w:tcPr>
            <w:tcW w:w="2880" w:type="dxa"/>
          </w:tcPr>
          <w:p w14:paraId="4EF7AFEE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0F2523E4" w14:textId="77777777" w:rsidR="007B1DAF" w:rsidRPr="00803BBF" w:rsidRDefault="00000000">
            <w:proofErr w:type="spellStart"/>
            <w:r w:rsidRPr="00803BBF">
              <w:t>rekrutering</w:t>
            </w:r>
            <w:proofErr w:type="spellEnd"/>
          </w:p>
        </w:tc>
        <w:tc>
          <w:tcPr>
            <w:tcW w:w="2880" w:type="dxa"/>
          </w:tcPr>
          <w:p w14:paraId="1EDEA0EC" w14:textId="77777777" w:rsidR="007B1DAF" w:rsidRPr="00803BBF" w:rsidRDefault="00000000">
            <w:r w:rsidRPr="00803BBF">
              <w:t>rekrutacja</w:t>
            </w:r>
          </w:p>
        </w:tc>
      </w:tr>
      <w:tr w:rsidR="007B1DAF" w:rsidRPr="00803BBF" w14:paraId="05FFF8B8" w14:textId="77777777">
        <w:tc>
          <w:tcPr>
            <w:tcW w:w="2880" w:type="dxa"/>
          </w:tcPr>
          <w:p w14:paraId="16A67A2C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0BA9A58E" w14:textId="77777777" w:rsidR="007B1DAF" w:rsidRPr="00803BBF" w:rsidRDefault="00000000">
            <w:proofErr w:type="spellStart"/>
            <w:r w:rsidRPr="00803BBF">
              <w:t>aanwerving</w:t>
            </w:r>
            <w:proofErr w:type="spellEnd"/>
          </w:p>
        </w:tc>
        <w:tc>
          <w:tcPr>
            <w:tcW w:w="2880" w:type="dxa"/>
          </w:tcPr>
          <w:p w14:paraId="0640FB93" w14:textId="77777777" w:rsidR="007B1DAF" w:rsidRPr="00803BBF" w:rsidRDefault="00000000">
            <w:r w:rsidRPr="00803BBF">
              <w:t>zatrudnienie</w:t>
            </w:r>
          </w:p>
        </w:tc>
      </w:tr>
      <w:tr w:rsidR="007B1DAF" w:rsidRPr="00803BBF" w14:paraId="62625973" w14:textId="77777777">
        <w:tc>
          <w:tcPr>
            <w:tcW w:w="2880" w:type="dxa"/>
          </w:tcPr>
          <w:p w14:paraId="47F554CE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29C331E3" w14:textId="77777777" w:rsidR="007B1DAF" w:rsidRPr="00803BBF" w:rsidRDefault="00000000">
            <w:r w:rsidRPr="00803BBF">
              <w:t>interview</w:t>
            </w:r>
          </w:p>
        </w:tc>
        <w:tc>
          <w:tcPr>
            <w:tcW w:w="2880" w:type="dxa"/>
          </w:tcPr>
          <w:p w14:paraId="405D9D25" w14:textId="77777777" w:rsidR="007B1DAF" w:rsidRPr="00803BBF" w:rsidRDefault="00000000">
            <w:r w:rsidRPr="00803BBF">
              <w:t>rozmowa</w:t>
            </w:r>
          </w:p>
        </w:tc>
      </w:tr>
      <w:tr w:rsidR="007B1DAF" w:rsidRPr="00803BBF" w14:paraId="07684EC6" w14:textId="77777777">
        <w:tc>
          <w:tcPr>
            <w:tcW w:w="2880" w:type="dxa"/>
          </w:tcPr>
          <w:p w14:paraId="720E75C7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2FC94DCD" w14:textId="77777777" w:rsidR="007B1DAF" w:rsidRPr="00803BBF" w:rsidRDefault="00000000">
            <w:proofErr w:type="spellStart"/>
            <w:r w:rsidRPr="00803BBF">
              <w:t>sollicitant</w:t>
            </w:r>
            <w:proofErr w:type="spellEnd"/>
          </w:p>
        </w:tc>
        <w:tc>
          <w:tcPr>
            <w:tcW w:w="2880" w:type="dxa"/>
          </w:tcPr>
          <w:p w14:paraId="58BA8AB6" w14:textId="77777777" w:rsidR="007B1DAF" w:rsidRPr="00803BBF" w:rsidRDefault="00000000">
            <w:r w:rsidRPr="00803BBF">
              <w:t>kandydat</w:t>
            </w:r>
          </w:p>
        </w:tc>
      </w:tr>
      <w:tr w:rsidR="007B1DAF" w:rsidRPr="00803BBF" w14:paraId="3D8B96D1" w14:textId="77777777">
        <w:tc>
          <w:tcPr>
            <w:tcW w:w="2880" w:type="dxa"/>
          </w:tcPr>
          <w:p w14:paraId="47A2AF90" w14:textId="77777777" w:rsidR="007B1DAF" w:rsidRPr="00803BBF" w:rsidRDefault="00000000">
            <w:r w:rsidRPr="00803BBF">
              <w:t>Aplikacja o pracę</w:t>
            </w:r>
          </w:p>
        </w:tc>
        <w:tc>
          <w:tcPr>
            <w:tcW w:w="2880" w:type="dxa"/>
          </w:tcPr>
          <w:p w14:paraId="4735F28A" w14:textId="77777777" w:rsidR="007B1DAF" w:rsidRPr="00803BBF" w:rsidRDefault="00000000">
            <w:proofErr w:type="spellStart"/>
            <w:r w:rsidRPr="00803BBF">
              <w:t>referentie</w:t>
            </w:r>
            <w:proofErr w:type="spellEnd"/>
          </w:p>
        </w:tc>
        <w:tc>
          <w:tcPr>
            <w:tcW w:w="2880" w:type="dxa"/>
          </w:tcPr>
          <w:p w14:paraId="7BA6800E" w14:textId="77777777" w:rsidR="007B1DAF" w:rsidRPr="00803BBF" w:rsidRDefault="00000000">
            <w:r w:rsidRPr="00803BBF">
              <w:t>referencja</w:t>
            </w:r>
          </w:p>
        </w:tc>
      </w:tr>
      <w:tr w:rsidR="007B1DAF" w:rsidRPr="00803BBF" w14:paraId="74161756" w14:textId="77777777">
        <w:tc>
          <w:tcPr>
            <w:tcW w:w="2880" w:type="dxa"/>
          </w:tcPr>
          <w:p w14:paraId="2F25A1F9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51C3A353" w14:textId="77777777" w:rsidR="007B1DAF" w:rsidRPr="00803BBF" w:rsidRDefault="00000000">
            <w:proofErr w:type="spellStart"/>
            <w:r w:rsidRPr="00803BBF">
              <w:t>werkoverleg</w:t>
            </w:r>
            <w:proofErr w:type="spellEnd"/>
          </w:p>
        </w:tc>
        <w:tc>
          <w:tcPr>
            <w:tcW w:w="2880" w:type="dxa"/>
          </w:tcPr>
          <w:p w14:paraId="595D8722" w14:textId="77777777" w:rsidR="007B1DAF" w:rsidRPr="00803BBF" w:rsidRDefault="00000000">
            <w:r w:rsidRPr="00803BBF">
              <w:t>narada</w:t>
            </w:r>
          </w:p>
        </w:tc>
      </w:tr>
      <w:tr w:rsidR="007B1DAF" w:rsidRPr="00803BBF" w14:paraId="0D52C060" w14:textId="77777777">
        <w:tc>
          <w:tcPr>
            <w:tcW w:w="2880" w:type="dxa"/>
          </w:tcPr>
          <w:p w14:paraId="0E8A4557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6992E143" w14:textId="77777777" w:rsidR="007B1DAF" w:rsidRPr="00803BBF" w:rsidRDefault="00000000">
            <w:proofErr w:type="spellStart"/>
            <w:r w:rsidRPr="00803BBF">
              <w:t>schema</w:t>
            </w:r>
            <w:proofErr w:type="spellEnd"/>
          </w:p>
        </w:tc>
        <w:tc>
          <w:tcPr>
            <w:tcW w:w="2880" w:type="dxa"/>
          </w:tcPr>
          <w:p w14:paraId="42D8AC32" w14:textId="77777777" w:rsidR="007B1DAF" w:rsidRPr="00803BBF" w:rsidRDefault="00000000">
            <w:r w:rsidRPr="00803BBF">
              <w:t>harmonogram</w:t>
            </w:r>
          </w:p>
        </w:tc>
      </w:tr>
      <w:tr w:rsidR="007B1DAF" w:rsidRPr="00803BBF" w14:paraId="24435FD7" w14:textId="77777777">
        <w:tc>
          <w:tcPr>
            <w:tcW w:w="2880" w:type="dxa"/>
          </w:tcPr>
          <w:p w14:paraId="3AAADDEB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48105F4E" w14:textId="77777777" w:rsidR="007B1DAF" w:rsidRPr="00803BBF" w:rsidRDefault="00000000">
            <w:proofErr w:type="spellStart"/>
            <w:r w:rsidRPr="00803BBF">
              <w:t>pauze</w:t>
            </w:r>
            <w:proofErr w:type="spellEnd"/>
          </w:p>
        </w:tc>
        <w:tc>
          <w:tcPr>
            <w:tcW w:w="2880" w:type="dxa"/>
          </w:tcPr>
          <w:p w14:paraId="3725127F" w14:textId="77777777" w:rsidR="007B1DAF" w:rsidRPr="00803BBF" w:rsidRDefault="00000000">
            <w:r w:rsidRPr="00803BBF">
              <w:t>przerwa</w:t>
            </w:r>
          </w:p>
        </w:tc>
      </w:tr>
      <w:tr w:rsidR="007B1DAF" w:rsidRPr="00803BBF" w14:paraId="1648C206" w14:textId="77777777">
        <w:tc>
          <w:tcPr>
            <w:tcW w:w="2880" w:type="dxa"/>
          </w:tcPr>
          <w:p w14:paraId="47C07C71" w14:textId="77777777" w:rsidR="007B1DAF" w:rsidRPr="00803BBF" w:rsidRDefault="00000000">
            <w:r w:rsidRPr="00803BBF">
              <w:t>W miejscu pracy</w:t>
            </w:r>
          </w:p>
        </w:tc>
        <w:tc>
          <w:tcPr>
            <w:tcW w:w="2880" w:type="dxa"/>
          </w:tcPr>
          <w:p w14:paraId="3E72E3E0" w14:textId="77777777" w:rsidR="007B1DAF" w:rsidRPr="00803BBF" w:rsidRDefault="00000000">
            <w:proofErr w:type="spellStart"/>
            <w:r w:rsidRPr="00803BBF">
              <w:t>werkkleding</w:t>
            </w:r>
            <w:proofErr w:type="spellEnd"/>
          </w:p>
        </w:tc>
        <w:tc>
          <w:tcPr>
            <w:tcW w:w="2880" w:type="dxa"/>
          </w:tcPr>
          <w:p w14:paraId="589CE6A2" w14:textId="77777777" w:rsidR="007B1DAF" w:rsidRPr="00803BBF" w:rsidRDefault="00000000">
            <w:r w:rsidRPr="00803BBF">
              <w:t>odzież robocza</w:t>
            </w:r>
          </w:p>
        </w:tc>
      </w:tr>
      <w:tr w:rsidR="007B1DAF" w:rsidRPr="00803BBF" w14:paraId="04AD3FCB" w14:textId="77777777">
        <w:tc>
          <w:tcPr>
            <w:tcW w:w="2880" w:type="dxa"/>
          </w:tcPr>
          <w:p w14:paraId="00482C9C" w14:textId="77777777" w:rsidR="007B1DAF" w:rsidRPr="00803BBF" w:rsidRDefault="00000000">
            <w:r w:rsidRPr="00803BBF">
              <w:lastRenderedPageBreak/>
              <w:t>W miejscu pracy</w:t>
            </w:r>
          </w:p>
        </w:tc>
        <w:tc>
          <w:tcPr>
            <w:tcW w:w="2880" w:type="dxa"/>
          </w:tcPr>
          <w:p w14:paraId="6BE41AA3" w14:textId="77777777" w:rsidR="007B1DAF" w:rsidRPr="00803BBF" w:rsidRDefault="00000000">
            <w:proofErr w:type="spellStart"/>
            <w:r w:rsidRPr="00803BBF">
              <w:t>veiligheidshelm</w:t>
            </w:r>
            <w:proofErr w:type="spellEnd"/>
          </w:p>
        </w:tc>
        <w:tc>
          <w:tcPr>
            <w:tcW w:w="2880" w:type="dxa"/>
          </w:tcPr>
          <w:p w14:paraId="28DEC160" w14:textId="77777777" w:rsidR="007B1DAF" w:rsidRPr="00803BBF" w:rsidRDefault="00000000">
            <w:r w:rsidRPr="00803BBF">
              <w:t>kask ochronny</w:t>
            </w:r>
          </w:p>
        </w:tc>
      </w:tr>
      <w:tr w:rsidR="007B1DAF" w:rsidRPr="00803BBF" w14:paraId="75F01893" w14:textId="77777777">
        <w:tc>
          <w:tcPr>
            <w:tcW w:w="2880" w:type="dxa"/>
          </w:tcPr>
          <w:p w14:paraId="0574FFE7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7489FA63" w14:textId="77777777" w:rsidR="007B1DAF" w:rsidRPr="00803BBF" w:rsidRDefault="00000000">
            <w:proofErr w:type="spellStart"/>
            <w:r w:rsidRPr="00803BBF">
              <w:t>minimumloon</w:t>
            </w:r>
            <w:proofErr w:type="spellEnd"/>
          </w:p>
        </w:tc>
        <w:tc>
          <w:tcPr>
            <w:tcW w:w="2880" w:type="dxa"/>
          </w:tcPr>
          <w:p w14:paraId="6C578E04" w14:textId="77777777" w:rsidR="007B1DAF" w:rsidRPr="00803BBF" w:rsidRDefault="00000000">
            <w:r w:rsidRPr="00803BBF">
              <w:t>płaca minimalna</w:t>
            </w:r>
          </w:p>
        </w:tc>
      </w:tr>
      <w:tr w:rsidR="007B1DAF" w:rsidRPr="00803BBF" w14:paraId="0DA76B73" w14:textId="77777777">
        <w:tc>
          <w:tcPr>
            <w:tcW w:w="2880" w:type="dxa"/>
          </w:tcPr>
          <w:p w14:paraId="16EBB99D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6C3C7966" w14:textId="77777777" w:rsidR="007B1DAF" w:rsidRPr="00803BBF" w:rsidRDefault="00000000">
            <w:proofErr w:type="spellStart"/>
            <w:r w:rsidRPr="00803BBF">
              <w:t>verlof</w:t>
            </w:r>
            <w:proofErr w:type="spellEnd"/>
          </w:p>
        </w:tc>
        <w:tc>
          <w:tcPr>
            <w:tcW w:w="2880" w:type="dxa"/>
          </w:tcPr>
          <w:p w14:paraId="670A3530" w14:textId="77777777" w:rsidR="007B1DAF" w:rsidRPr="00803BBF" w:rsidRDefault="00000000">
            <w:r w:rsidRPr="00803BBF">
              <w:t>urlop</w:t>
            </w:r>
          </w:p>
        </w:tc>
      </w:tr>
      <w:tr w:rsidR="007B1DAF" w:rsidRPr="00803BBF" w14:paraId="2F5AFF09" w14:textId="77777777">
        <w:tc>
          <w:tcPr>
            <w:tcW w:w="2880" w:type="dxa"/>
          </w:tcPr>
          <w:p w14:paraId="6AD1DBAA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0FE4EE24" w14:textId="77777777" w:rsidR="007B1DAF" w:rsidRPr="00803BBF" w:rsidRDefault="00000000">
            <w:proofErr w:type="spellStart"/>
            <w:r w:rsidRPr="00803BBF">
              <w:t>pensioen</w:t>
            </w:r>
            <w:proofErr w:type="spellEnd"/>
          </w:p>
        </w:tc>
        <w:tc>
          <w:tcPr>
            <w:tcW w:w="2880" w:type="dxa"/>
          </w:tcPr>
          <w:p w14:paraId="5C908569" w14:textId="77777777" w:rsidR="007B1DAF" w:rsidRPr="00803BBF" w:rsidRDefault="00000000">
            <w:r w:rsidRPr="00803BBF">
              <w:t>emerytura</w:t>
            </w:r>
          </w:p>
        </w:tc>
      </w:tr>
      <w:tr w:rsidR="007B1DAF" w:rsidRPr="00803BBF" w14:paraId="29A853E2" w14:textId="77777777">
        <w:tc>
          <w:tcPr>
            <w:tcW w:w="2880" w:type="dxa"/>
          </w:tcPr>
          <w:p w14:paraId="50F6D9B4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290ABBA3" w14:textId="77777777" w:rsidR="007B1DAF" w:rsidRPr="00803BBF" w:rsidRDefault="00000000">
            <w:proofErr w:type="spellStart"/>
            <w:r w:rsidRPr="00803BBF">
              <w:t>vakbond</w:t>
            </w:r>
            <w:proofErr w:type="spellEnd"/>
          </w:p>
        </w:tc>
        <w:tc>
          <w:tcPr>
            <w:tcW w:w="2880" w:type="dxa"/>
          </w:tcPr>
          <w:p w14:paraId="1BCD2F9D" w14:textId="77777777" w:rsidR="007B1DAF" w:rsidRPr="00803BBF" w:rsidRDefault="00000000">
            <w:r w:rsidRPr="00803BBF">
              <w:t>związek zawodowy</w:t>
            </w:r>
          </w:p>
        </w:tc>
      </w:tr>
      <w:tr w:rsidR="007B1DAF" w:rsidRPr="00803BBF" w14:paraId="4732CE03" w14:textId="77777777">
        <w:tc>
          <w:tcPr>
            <w:tcW w:w="2880" w:type="dxa"/>
          </w:tcPr>
          <w:p w14:paraId="39A6C145" w14:textId="77777777" w:rsidR="007B1DAF" w:rsidRPr="00803BBF" w:rsidRDefault="00000000">
            <w:r w:rsidRPr="00803BBF">
              <w:t>Warunki pracy</w:t>
            </w:r>
          </w:p>
        </w:tc>
        <w:tc>
          <w:tcPr>
            <w:tcW w:w="2880" w:type="dxa"/>
          </w:tcPr>
          <w:p w14:paraId="4D51486F" w14:textId="77777777" w:rsidR="007B1DAF" w:rsidRPr="00803BBF" w:rsidRDefault="00000000">
            <w:r w:rsidRPr="00803BBF">
              <w:t>bonus</w:t>
            </w:r>
          </w:p>
        </w:tc>
        <w:tc>
          <w:tcPr>
            <w:tcW w:w="2880" w:type="dxa"/>
          </w:tcPr>
          <w:p w14:paraId="4254B865" w14:textId="77777777" w:rsidR="007B1DAF" w:rsidRPr="00803BBF" w:rsidRDefault="00000000">
            <w:r w:rsidRPr="00803BBF">
              <w:t>premia</w:t>
            </w:r>
          </w:p>
        </w:tc>
      </w:tr>
      <w:tr w:rsidR="007B1DAF" w:rsidRPr="00803BBF" w14:paraId="08AD6FA1" w14:textId="77777777">
        <w:tc>
          <w:tcPr>
            <w:tcW w:w="2880" w:type="dxa"/>
          </w:tcPr>
          <w:p w14:paraId="03162255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032FD72C" w14:textId="77777777" w:rsidR="007B1DAF" w:rsidRPr="00803BBF" w:rsidRDefault="00000000">
            <w:proofErr w:type="spellStart"/>
            <w:r w:rsidRPr="00803BBF">
              <w:t>evaluatie</w:t>
            </w:r>
            <w:proofErr w:type="spellEnd"/>
          </w:p>
        </w:tc>
        <w:tc>
          <w:tcPr>
            <w:tcW w:w="2880" w:type="dxa"/>
          </w:tcPr>
          <w:p w14:paraId="5D5E609E" w14:textId="77777777" w:rsidR="007B1DAF" w:rsidRPr="00803BBF" w:rsidRDefault="00000000">
            <w:r w:rsidRPr="00803BBF">
              <w:t>ocena</w:t>
            </w:r>
          </w:p>
        </w:tc>
      </w:tr>
      <w:tr w:rsidR="007B1DAF" w:rsidRPr="00803BBF" w14:paraId="35E50AD4" w14:textId="77777777">
        <w:tc>
          <w:tcPr>
            <w:tcW w:w="2880" w:type="dxa"/>
          </w:tcPr>
          <w:p w14:paraId="00A02459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1A9F07EE" w14:textId="77777777" w:rsidR="007B1DAF" w:rsidRPr="00803BBF" w:rsidRDefault="00000000">
            <w:proofErr w:type="spellStart"/>
            <w:r w:rsidRPr="00803BBF">
              <w:t>doelstelling</w:t>
            </w:r>
            <w:proofErr w:type="spellEnd"/>
          </w:p>
        </w:tc>
        <w:tc>
          <w:tcPr>
            <w:tcW w:w="2880" w:type="dxa"/>
          </w:tcPr>
          <w:p w14:paraId="620005A2" w14:textId="77777777" w:rsidR="007B1DAF" w:rsidRPr="00803BBF" w:rsidRDefault="00000000">
            <w:r w:rsidRPr="00803BBF">
              <w:t>cel</w:t>
            </w:r>
          </w:p>
        </w:tc>
      </w:tr>
      <w:tr w:rsidR="007B1DAF" w:rsidRPr="00803BBF" w14:paraId="558C3FC0" w14:textId="77777777">
        <w:tc>
          <w:tcPr>
            <w:tcW w:w="2880" w:type="dxa"/>
          </w:tcPr>
          <w:p w14:paraId="2EDD499F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7A5E3419" w14:textId="77777777" w:rsidR="007B1DAF" w:rsidRPr="00803BBF" w:rsidRDefault="00000000">
            <w:r w:rsidRPr="00803BBF">
              <w:t>mentor</w:t>
            </w:r>
          </w:p>
        </w:tc>
        <w:tc>
          <w:tcPr>
            <w:tcW w:w="2880" w:type="dxa"/>
          </w:tcPr>
          <w:p w14:paraId="0B018D09" w14:textId="77777777" w:rsidR="007B1DAF" w:rsidRPr="00803BBF" w:rsidRDefault="00000000">
            <w:r w:rsidRPr="00803BBF">
              <w:t>opiekun</w:t>
            </w:r>
          </w:p>
        </w:tc>
      </w:tr>
      <w:tr w:rsidR="007B1DAF" w:rsidRPr="00803BBF" w14:paraId="5505D693" w14:textId="77777777">
        <w:tc>
          <w:tcPr>
            <w:tcW w:w="2880" w:type="dxa"/>
          </w:tcPr>
          <w:p w14:paraId="00768C69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5EF53B96" w14:textId="77777777" w:rsidR="007B1DAF" w:rsidRPr="00803BBF" w:rsidRDefault="00000000">
            <w:proofErr w:type="spellStart"/>
            <w:r w:rsidRPr="00803BBF">
              <w:t>ontwikkeling</w:t>
            </w:r>
            <w:proofErr w:type="spellEnd"/>
          </w:p>
        </w:tc>
        <w:tc>
          <w:tcPr>
            <w:tcW w:w="2880" w:type="dxa"/>
          </w:tcPr>
          <w:p w14:paraId="00FBC01D" w14:textId="77777777" w:rsidR="007B1DAF" w:rsidRPr="00803BBF" w:rsidRDefault="00000000">
            <w:r w:rsidRPr="00803BBF">
              <w:t>rozwój</w:t>
            </w:r>
          </w:p>
        </w:tc>
      </w:tr>
      <w:tr w:rsidR="007B1DAF" w:rsidRPr="00803BBF" w14:paraId="37B0FA73" w14:textId="77777777">
        <w:tc>
          <w:tcPr>
            <w:tcW w:w="2880" w:type="dxa"/>
          </w:tcPr>
          <w:p w14:paraId="5C05AE87" w14:textId="77777777" w:rsidR="007B1DAF" w:rsidRPr="00803BBF" w:rsidRDefault="00000000">
            <w:r w:rsidRPr="00803BBF">
              <w:t>Kariera</w:t>
            </w:r>
          </w:p>
        </w:tc>
        <w:tc>
          <w:tcPr>
            <w:tcW w:w="2880" w:type="dxa"/>
          </w:tcPr>
          <w:p w14:paraId="61055046" w14:textId="77777777" w:rsidR="007B1DAF" w:rsidRPr="00803BBF" w:rsidRDefault="00000000">
            <w:proofErr w:type="spellStart"/>
            <w:r w:rsidRPr="00803BBF">
              <w:t>netwerken</w:t>
            </w:r>
            <w:proofErr w:type="spellEnd"/>
          </w:p>
        </w:tc>
        <w:tc>
          <w:tcPr>
            <w:tcW w:w="2880" w:type="dxa"/>
          </w:tcPr>
          <w:p w14:paraId="23E58877" w14:textId="77777777" w:rsidR="007B1DAF" w:rsidRPr="00803BBF" w:rsidRDefault="00000000">
            <w:r w:rsidRPr="00803BBF">
              <w:t>kontakty</w:t>
            </w:r>
          </w:p>
        </w:tc>
      </w:tr>
      <w:tr w:rsidR="007B1DAF" w:rsidRPr="00803BBF" w14:paraId="0F6F0371" w14:textId="77777777">
        <w:tc>
          <w:tcPr>
            <w:tcW w:w="2880" w:type="dxa"/>
          </w:tcPr>
          <w:p w14:paraId="1B84D09E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5143F1C6" w14:textId="77777777" w:rsidR="007B1DAF" w:rsidRPr="00803BBF" w:rsidRDefault="00000000">
            <w:proofErr w:type="spellStart"/>
            <w:r w:rsidRPr="00803BBF">
              <w:t>burn</w:t>
            </w:r>
            <w:proofErr w:type="spellEnd"/>
            <w:r w:rsidRPr="00803BBF">
              <w:t>-out</w:t>
            </w:r>
          </w:p>
        </w:tc>
        <w:tc>
          <w:tcPr>
            <w:tcW w:w="2880" w:type="dxa"/>
          </w:tcPr>
          <w:p w14:paraId="369F117F" w14:textId="77777777" w:rsidR="007B1DAF" w:rsidRPr="00803BBF" w:rsidRDefault="00000000">
            <w:r w:rsidRPr="00803BBF">
              <w:t>wypalenie</w:t>
            </w:r>
          </w:p>
        </w:tc>
      </w:tr>
      <w:tr w:rsidR="007B1DAF" w:rsidRPr="00803BBF" w14:paraId="38848FFA" w14:textId="77777777">
        <w:tc>
          <w:tcPr>
            <w:tcW w:w="2880" w:type="dxa"/>
          </w:tcPr>
          <w:p w14:paraId="30E3B269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2A402E01" w14:textId="77777777" w:rsidR="007B1DAF" w:rsidRPr="00803BBF" w:rsidRDefault="00000000">
            <w:proofErr w:type="spellStart"/>
            <w:r w:rsidRPr="00803BBF">
              <w:t>vermoeidheid</w:t>
            </w:r>
            <w:proofErr w:type="spellEnd"/>
          </w:p>
        </w:tc>
        <w:tc>
          <w:tcPr>
            <w:tcW w:w="2880" w:type="dxa"/>
          </w:tcPr>
          <w:p w14:paraId="7B319741" w14:textId="77777777" w:rsidR="007B1DAF" w:rsidRPr="00803BBF" w:rsidRDefault="00000000">
            <w:r w:rsidRPr="00803BBF">
              <w:t>zmęczenie</w:t>
            </w:r>
          </w:p>
        </w:tc>
      </w:tr>
      <w:tr w:rsidR="007B1DAF" w:rsidRPr="00803BBF" w14:paraId="2DDA32FD" w14:textId="77777777">
        <w:tc>
          <w:tcPr>
            <w:tcW w:w="2880" w:type="dxa"/>
          </w:tcPr>
          <w:p w14:paraId="50942AEF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5F3FE6BE" w14:textId="77777777" w:rsidR="007B1DAF" w:rsidRPr="00803BBF" w:rsidRDefault="00000000">
            <w:r w:rsidRPr="00803BBF">
              <w:t>druk</w:t>
            </w:r>
          </w:p>
        </w:tc>
        <w:tc>
          <w:tcPr>
            <w:tcW w:w="2880" w:type="dxa"/>
          </w:tcPr>
          <w:p w14:paraId="3183F1A6" w14:textId="77777777" w:rsidR="007B1DAF" w:rsidRPr="00803BBF" w:rsidRDefault="00000000">
            <w:r w:rsidRPr="00803BBF">
              <w:t>presja</w:t>
            </w:r>
          </w:p>
        </w:tc>
      </w:tr>
      <w:tr w:rsidR="007B1DAF" w:rsidRPr="00803BBF" w14:paraId="5A45F8A5" w14:textId="77777777">
        <w:tc>
          <w:tcPr>
            <w:tcW w:w="2880" w:type="dxa"/>
          </w:tcPr>
          <w:p w14:paraId="26E2EAE7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6A5A7555" w14:textId="77777777" w:rsidR="007B1DAF" w:rsidRPr="00803BBF" w:rsidRDefault="00000000">
            <w:proofErr w:type="spellStart"/>
            <w:r w:rsidRPr="00803BBF">
              <w:t>klacht</w:t>
            </w:r>
            <w:proofErr w:type="spellEnd"/>
          </w:p>
        </w:tc>
        <w:tc>
          <w:tcPr>
            <w:tcW w:w="2880" w:type="dxa"/>
          </w:tcPr>
          <w:p w14:paraId="2B5440C8" w14:textId="77777777" w:rsidR="007B1DAF" w:rsidRPr="00803BBF" w:rsidRDefault="00000000">
            <w:r w:rsidRPr="00803BBF">
              <w:t>skarga</w:t>
            </w:r>
          </w:p>
        </w:tc>
      </w:tr>
      <w:tr w:rsidR="007B1DAF" w:rsidRPr="00803BBF" w14:paraId="0D984315" w14:textId="77777777">
        <w:tc>
          <w:tcPr>
            <w:tcW w:w="2880" w:type="dxa"/>
          </w:tcPr>
          <w:p w14:paraId="4960B06D" w14:textId="77777777" w:rsidR="007B1DAF" w:rsidRPr="00803BBF" w:rsidRDefault="00000000">
            <w:r w:rsidRPr="00803BBF">
              <w:t>Problemy w pracy</w:t>
            </w:r>
          </w:p>
        </w:tc>
        <w:tc>
          <w:tcPr>
            <w:tcW w:w="2880" w:type="dxa"/>
          </w:tcPr>
          <w:p w14:paraId="1D5D2150" w14:textId="77777777" w:rsidR="007B1DAF" w:rsidRPr="00803BBF" w:rsidRDefault="00000000">
            <w:proofErr w:type="spellStart"/>
            <w:r w:rsidRPr="00803BBF">
              <w:t>ontslag</w:t>
            </w:r>
            <w:proofErr w:type="spellEnd"/>
            <w:r w:rsidRPr="00803BBF">
              <w:t xml:space="preserve"> </w:t>
            </w:r>
            <w:proofErr w:type="spellStart"/>
            <w:r w:rsidRPr="00803BBF">
              <w:t>nemen</w:t>
            </w:r>
            <w:proofErr w:type="spellEnd"/>
          </w:p>
        </w:tc>
        <w:tc>
          <w:tcPr>
            <w:tcW w:w="2880" w:type="dxa"/>
          </w:tcPr>
          <w:p w14:paraId="18D3BA21" w14:textId="77777777" w:rsidR="007B1DAF" w:rsidRPr="00803BBF" w:rsidRDefault="00000000">
            <w:r w:rsidRPr="00803BBF">
              <w:t>rezygnacja</w:t>
            </w:r>
          </w:p>
        </w:tc>
      </w:tr>
      <w:tr w:rsidR="007B1DAF" w:rsidRPr="00803BBF" w14:paraId="4DACDE0B" w14:textId="77777777">
        <w:tc>
          <w:tcPr>
            <w:tcW w:w="2880" w:type="dxa"/>
          </w:tcPr>
          <w:p w14:paraId="25522DDC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5CB6115C" w14:textId="77777777" w:rsidR="007B1DAF" w:rsidRPr="00803BBF" w:rsidRDefault="00000000">
            <w:proofErr w:type="spellStart"/>
            <w:r w:rsidRPr="00803BBF">
              <w:t>probleemoplossing</w:t>
            </w:r>
            <w:proofErr w:type="spellEnd"/>
          </w:p>
        </w:tc>
        <w:tc>
          <w:tcPr>
            <w:tcW w:w="2880" w:type="dxa"/>
          </w:tcPr>
          <w:p w14:paraId="4FC4D85A" w14:textId="77777777" w:rsidR="007B1DAF" w:rsidRPr="00803BBF" w:rsidRDefault="00000000">
            <w:r w:rsidRPr="00803BBF">
              <w:t>rozwiązywanie problemów</w:t>
            </w:r>
          </w:p>
        </w:tc>
      </w:tr>
      <w:tr w:rsidR="007B1DAF" w:rsidRPr="00803BBF" w14:paraId="5B3030ED" w14:textId="77777777">
        <w:tc>
          <w:tcPr>
            <w:tcW w:w="2880" w:type="dxa"/>
          </w:tcPr>
          <w:p w14:paraId="7BCF34AB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57247ACE" w14:textId="77777777" w:rsidR="007B1DAF" w:rsidRPr="00803BBF" w:rsidRDefault="00000000">
            <w:proofErr w:type="spellStart"/>
            <w:r w:rsidRPr="00803BBF">
              <w:t>aanpassingsvermogen</w:t>
            </w:r>
            <w:proofErr w:type="spellEnd"/>
          </w:p>
        </w:tc>
        <w:tc>
          <w:tcPr>
            <w:tcW w:w="2880" w:type="dxa"/>
          </w:tcPr>
          <w:p w14:paraId="2D882640" w14:textId="77777777" w:rsidR="007B1DAF" w:rsidRPr="00803BBF" w:rsidRDefault="00000000">
            <w:r w:rsidRPr="00803BBF">
              <w:t>zdolność adaptacji</w:t>
            </w:r>
          </w:p>
        </w:tc>
      </w:tr>
      <w:tr w:rsidR="007B1DAF" w:rsidRPr="00803BBF" w14:paraId="2DBB10BD" w14:textId="77777777">
        <w:tc>
          <w:tcPr>
            <w:tcW w:w="2880" w:type="dxa"/>
          </w:tcPr>
          <w:p w14:paraId="62D1DF78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2876E399" w14:textId="77777777" w:rsidR="007B1DAF" w:rsidRPr="00803BBF" w:rsidRDefault="00000000">
            <w:proofErr w:type="spellStart"/>
            <w:r w:rsidRPr="00803BBF">
              <w:t>nauwkeurigheid</w:t>
            </w:r>
            <w:proofErr w:type="spellEnd"/>
          </w:p>
        </w:tc>
        <w:tc>
          <w:tcPr>
            <w:tcW w:w="2880" w:type="dxa"/>
          </w:tcPr>
          <w:p w14:paraId="740638B9" w14:textId="77777777" w:rsidR="007B1DAF" w:rsidRPr="00803BBF" w:rsidRDefault="00000000">
            <w:r w:rsidRPr="00803BBF">
              <w:t>dokładność</w:t>
            </w:r>
          </w:p>
        </w:tc>
      </w:tr>
      <w:tr w:rsidR="007B1DAF" w:rsidRPr="00803BBF" w14:paraId="3EA5923F" w14:textId="77777777">
        <w:tc>
          <w:tcPr>
            <w:tcW w:w="2880" w:type="dxa"/>
          </w:tcPr>
          <w:p w14:paraId="7C7DDC20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0372C40B" w14:textId="77777777" w:rsidR="007B1DAF" w:rsidRPr="00803BBF" w:rsidRDefault="00000000">
            <w:proofErr w:type="spellStart"/>
            <w:r w:rsidRPr="00803BBF">
              <w:t>inzet</w:t>
            </w:r>
            <w:proofErr w:type="spellEnd"/>
          </w:p>
        </w:tc>
        <w:tc>
          <w:tcPr>
            <w:tcW w:w="2880" w:type="dxa"/>
          </w:tcPr>
          <w:p w14:paraId="64D79CC1" w14:textId="77777777" w:rsidR="007B1DAF" w:rsidRPr="00803BBF" w:rsidRDefault="00000000">
            <w:r w:rsidRPr="00803BBF">
              <w:t>zaangażowanie</w:t>
            </w:r>
          </w:p>
        </w:tc>
      </w:tr>
      <w:tr w:rsidR="007B1DAF" w:rsidRPr="00803BBF" w14:paraId="178A1AF1" w14:textId="77777777">
        <w:tc>
          <w:tcPr>
            <w:tcW w:w="2880" w:type="dxa"/>
          </w:tcPr>
          <w:p w14:paraId="70E85792" w14:textId="77777777" w:rsidR="007B1DAF" w:rsidRPr="00803BBF" w:rsidRDefault="00000000">
            <w:r w:rsidRPr="00803BBF">
              <w:t>Umiejętności</w:t>
            </w:r>
          </w:p>
        </w:tc>
        <w:tc>
          <w:tcPr>
            <w:tcW w:w="2880" w:type="dxa"/>
          </w:tcPr>
          <w:p w14:paraId="1C747055" w14:textId="56359360" w:rsidR="007B1DAF" w:rsidRPr="00803BBF" w:rsidRDefault="00000000">
            <w:proofErr w:type="spellStart"/>
            <w:r w:rsidRPr="00803BBF">
              <w:t>initiatief</w:t>
            </w:r>
            <w:proofErr w:type="spellEnd"/>
          </w:p>
        </w:tc>
        <w:tc>
          <w:tcPr>
            <w:tcW w:w="2880" w:type="dxa"/>
          </w:tcPr>
          <w:p w14:paraId="3A061CC2" w14:textId="407F91A1" w:rsidR="007B1DAF" w:rsidRPr="00803BBF" w:rsidRDefault="005571AD">
            <w:r w:rsidRPr="00803BBF">
              <w:t>I</w:t>
            </w:r>
            <w:r w:rsidR="00000000" w:rsidRPr="00803BBF">
              <w:t>nicjaty</w:t>
            </w:r>
            <w:r w:rsidR="00803BBF" w:rsidRPr="00803BBF">
              <w:t>wa</w:t>
            </w:r>
          </w:p>
        </w:tc>
      </w:tr>
      <w:tr w:rsidR="007B1DAF" w:rsidRPr="00803BBF" w14:paraId="1A7831BF" w14:textId="77777777">
        <w:tc>
          <w:tcPr>
            <w:tcW w:w="2880" w:type="dxa"/>
          </w:tcPr>
          <w:p w14:paraId="28384893" w14:textId="77777777" w:rsidR="007B1DAF" w:rsidRPr="00803BBF" w:rsidRDefault="00000000">
            <w:r w:rsidRPr="00803BBF">
              <w:t>Sprzęt</w:t>
            </w:r>
          </w:p>
        </w:tc>
        <w:tc>
          <w:tcPr>
            <w:tcW w:w="2880" w:type="dxa"/>
          </w:tcPr>
          <w:p w14:paraId="1244EBA6" w14:textId="77777777" w:rsidR="007B1DAF" w:rsidRPr="00803BBF" w:rsidRDefault="00000000">
            <w:proofErr w:type="spellStart"/>
            <w:r w:rsidRPr="00803BBF">
              <w:t>computer</w:t>
            </w:r>
            <w:proofErr w:type="spellEnd"/>
          </w:p>
        </w:tc>
        <w:tc>
          <w:tcPr>
            <w:tcW w:w="2880" w:type="dxa"/>
          </w:tcPr>
          <w:p w14:paraId="7910F447" w14:textId="77777777" w:rsidR="007B1DAF" w:rsidRPr="00803BBF" w:rsidRDefault="00000000">
            <w:r w:rsidRPr="00803BBF">
              <w:t>komputer</w:t>
            </w:r>
          </w:p>
        </w:tc>
      </w:tr>
      <w:tr w:rsidR="007B1DAF" w:rsidRPr="00803BBF" w14:paraId="5EDD72B2" w14:textId="77777777">
        <w:tc>
          <w:tcPr>
            <w:tcW w:w="2880" w:type="dxa"/>
          </w:tcPr>
          <w:p w14:paraId="101919DF" w14:textId="77777777" w:rsidR="007B1DAF" w:rsidRPr="00803BBF" w:rsidRDefault="00000000">
            <w:r w:rsidRPr="00803BBF">
              <w:t>Sprzęt</w:t>
            </w:r>
          </w:p>
        </w:tc>
        <w:tc>
          <w:tcPr>
            <w:tcW w:w="2880" w:type="dxa"/>
          </w:tcPr>
          <w:p w14:paraId="2E023D4E" w14:textId="77777777" w:rsidR="007B1DAF" w:rsidRPr="00803BBF" w:rsidRDefault="00000000">
            <w:proofErr w:type="spellStart"/>
            <w:r w:rsidRPr="00803BBF">
              <w:t>printer</w:t>
            </w:r>
            <w:proofErr w:type="spellEnd"/>
          </w:p>
        </w:tc>
        <w:tc>
          <w:tcPr>
            <w:tcW w:w="2880" w:type="dxa"/>
          </w:tcPr>
          <w:p w14:paraId="26F6A324" w14:textId="77777777" w:rsidR="007B1DAF" w:rsidRPr="00803BBF" w:rsidRDefault="00000000">
            <w:r w:rsidRPr="00803BBF">
              <w:t>drukarka</w:t>
            </w:r>
          </w:p>
        </w:tc>
      </w:tr>
      <w:tr w:rsidR="007B1DAF" w:rsidRPr="00803BBF" w14:paraId="4B74B36D" w14:textId="77777777">
        <w:tc>
          <w:tcPr>
            <w:tcW w:w="2880" w:type="dxa"/>
          </w:tcPr>
          <w:p w14:paraId="7085EF9A" w14:textId="77777777" w:rsidR="007B1DAF" w:rsidRPr="00803BBF" w:rsidRDefault="00000000">
            <w:r w:rsidRPr="00803BBF">
              <w:t>Sprzęt</w:t>
            </w:r>
          </w:p>
        </w:tc>
        <w:tc>
          <w:tcPr>
            <w:tcW w:w="2880" w:type="dxa"/>
          </w:tcPr>
          <w:p w14:paraId="5D45D816" w14:textId="77777777" w:rsidR="007B1DAF" w:rsidRPr="00803BBF" w:rsidRDefault="00000000">
            <w:proofErr w:type="spellStart"/>
            <w:r w:rsidRPr="00803BBF">
              <w:t>telefoon</w:t>
            </w:r>
            <w:proofErr w:type="spellEnd"/>
          </w:p>
        </w:tc>
        <w:tc>
          <w:tcPr>
            <w:tcW w:w="2880" w:type="dxa"/>
          </w:tcPr>
          <w:p w14:paraId="5B7FA89F" w14:textId="77777777" w:rsidR="007B1DAF" w:rsidRPr="00803BBF" w:rsidRDefault="00000000">
            <w:r w:rsidRPr="00803BBF">
              <w:t>telefon</w:t>
            </w:r>
          </w:p>
        </w:tc>
      </w:tr>
      <w:tr w:rsidR="007B1DAF" w:rsidRPr="00803BBF" w14:paraId="5FB521B9" w14:textId="77777777">
        <w:tc>
          <w:tcPr>
            <w:tcW w:w="2880" w:type="dxa"/>
          </w:tcPr>
          <w:p w14:paraId="57144A5E" w14:textId="77777777" w:rsidR="007B1DAF" w:rsidRPr="00803BBF" w:rsidRDefault="00000000">
            <w:r w:rsidRPr="00803BBF">
              <w:t>Sprzęt</w:t>
            </w:r>
          </w:p>
        </w:tc>
        <w:tc>
          <w:tcPr>
            <w:tcW w:w="2880" w:type="dxa"/>
          </w:tcPr>
          <w:p w14:paraId="4075D5F5" w14:textId="77777777" w:rsidR="007B1DAF" w:rsidRPr="00803BBF" w:rsidRDefault="00000000">
            <w:proofErr w:type="spellStart"/>
            <w:r w:rsidRPr="00803BBF">
              <w:t>gereedschap</w:t>
            </w:r>
            <w:proofErr w:type="spellEnd"/>
          </w:p>
        </w:tc>
        <w:tc>
          <w:tcPr>
            <w:tcW w:w="2880" w:type="dxa"/>
          </w:tcPr>
          <w:p w14:paraId="039E01BB" w14:textId="77777777" w:rsidR="007B1DAF" w:rsidRPr="00803BBF" w:rsidRDefault="00000000">
            <w:r w:rsidRPr="00803BBF">
              <w:t>narzędzia</w:t>
            </w:r>
          </w:p>
        </w:tc>
      </w:tr>
      <w:tr w:rsidR="007B1DAF" w:rsidRPr="00803BBF" w14:paraId="61AEE236" w14:textId="77777777">
        <w:tc>
          <w:tcPr>
            <w:tcW w:w="2880" w:type="dxa"/>
          </w:tcPr>
          <w:p w14:paraId="42DB984A" w14:textId="77777777" w:rsidR="007B1DAF" w:rsidRPr="00803BBF" w:rsidRDefault="00000000">
            <w:r w:rsidRPr="00803BBF">
              <w:t>Sprzęt</w:t>
            </w:r>
          </w:p>
        </w:tc>
        <w:tc>
          <w:tcPr>
            <w:tcW w:w="2880" w:type="dxa"/>
          </w:tcPr>
          <w:p w14:paraId="7D6E1FCD" w14:textId="77777777" w:rsidR="007B1DAF" w:rsidRPr="00803BBF" w:rsidRDefault="00000000">
            <w:proofErr w:type="spellStart"/>
            <w:r w:rsidRPr="00803BBF">
              <w:t>scanner</w:t>
            </w:r>
            <w:proofErr w:type="spellEnd"/>
          </w:p>
        </w:tc>
        <w:tc>
          <w:tcPr>
            <w:tcW w:w="2880" w:type="dxa"/>
          </w:tcPr>
          <w:p w14:paraId="04C70246" w14:textId="77777777" w:rsidR="007B1DAF" w:rsidRPr="00803BBF" w:rsidRDefault="00000000">
            <w:r w:rsidRPr="00803BBF">
              <w:t>skaner</w:t>
            </w:r>
          </w:p>
        </w:tc>
      </w:tr>
      <w:tr w:rsidR="007B1DAF" w:rsidRPr="00803BBF" w14:paraId="50C3D74D" w14:textId="77777777">
        <w:tc>
          <w:tcPr>
            <w:tcW w:w="2880" w:type="dxa"/>
          </w:tcPr>
          <w:p w14:paraId="0D2926F5" w14:textId="77777777" w:rsidR="007B1DAF" w:rsidRPr="00803BBF" w:rsidRDefault="00000000">
            <w:r w:rsidRPr="00803BBF">
              <w:lastRenderedPageBreak/>
              <w:t>Rodzaje pracy</w:t>
            </w:r>
          </w:p>
        </w:tc>
        <w:tc>
          <w:tcPr>
            <w:tcW w:w="2880" w:type="dxa"/>
          </w:tcPr>
          <w:p w14:paraId="7EC849B6" w14:textId="77777777" w:rsidR="007B1DAF" w:rsidRPr="00803BBF" w:rsidRDefault="00000000">
            <w:proofErr w:type="spellStart"/>
            <w:r w:rsidRPr="00803BBF">
              <w:t>kantoorwerk</w:t>
            </w:r>
            <w:proofErr w:type="spellEnd"/>
          </w:p>
        </w:tc>
        <w:tc>
          <w:tcPr>
            <w:tcW w:w="2880" w:type="dxa"/>
          </w:tcPr>
          <w:p w14:paraId="64C0BA9C" w14:textId="77777777" w:rsidR="007B1DAF" w:rsidRPr="00803BBF" w:rsidRDefault="00000000">
            <w:r w:rsidRPr="00803BBF">
              <w:t>praca biurowa</w:t>
            </w:r>
          </w:p>
        </w:tc>
      </w:tr>
      <w:tr w:rsidR="007B1DAF" w:rsidRPr="00803BBF" w14:paraId="2BD01FC9" w14:textId="77777777">
        <w:tc>
          <w:tcPr>
            <w:tcW w:w="2880" w:type="dxa"/>
          </w:tcPr>
          <w:p w14:paraId="04277CA5" w14:textId="77777777" w:rsidR="007B1DAF" w:rsidRPr="00803BBF" w:rsidRDefault="00000000">
            <w:r w:rsidRPr="00803BBF">
              <w:t>Rodzaje pracy</w:t>
            </w:r>
          </w:p>
        </w:tc>
        <w:tc>
          <w:tcPr>
            <w:tcW w:w="2880" w:type="dxa"/>
          </w:tcPr>
          <w:p w14:paraId="79E566FB" w14:textId="77777777" w:rsidR="007B1DAF" w:rsidRPr="00803BBF" w:rsidRDefault="00000000">
            <w:proofErr w:type="spellStart"/>
            <w:r w:rsidRPr="00803BBF">
              <w:t>fabriekswerk</w:t>
            </w:r>
            <w:proofErr w:type="spellEnd"/>
          </w:p>
        </w:tc>
        <w:tc>
          <w:tcPr>
            <w:tcW w:w="2880" w:type="dxa"/>
          </w:tcPr>
          <w:p w14:paraId="70ACAF5B" w14:textId="77777777" w:rsidR="007B1DAF" w:rsidRPr="00803BBF" w:rsidRDefault="00000000">
            <w:r w:rsidRPr="00803BBF">
              <w:t>praca w fabryce</w:t>
            </w:r>
          </w:p>
        </w:tc>
      </w:tr>
      <w:tr w:rsidR="007B1DAF" w:rsidRPr="00803BBF" w14:paraId="1BD57DE7" w14:textId="77777777">
        <w:tc>
          <w:tcPr>
            <w:tcW w:w="2880" w:type="dxa"/>
          </w:tcPr>
          <w:p w14:paraId="6A6020E2" w14:textId="77777777" w:rsidR="007B1DAF" w:rsidRPr="00803BBF" w:rsidRDefault="00000000">
            <w:r w:rsidRPr="00803BBF">
              <w:t>Rodzaje pracy</w:t>
            </w:r>
          </w:p>
        </w:tc>
        <w:tc>
          <w:tcPr>
            <w:tcW w:w="2880" w:type="dxa"/>
          </w:tcPr>
          <w:p w14:paraId="04DA6728" w14:textId="77777777" w:rsidR="007B1DAF" w:rsidRPr="00803BBF" w:rsidRDefault="00000000">
            <w:proofErr w:type="spellStart"/>
            <w:r w:rsidRPr="00803BBF">
              <w:t>buitenwerk</w:t>
            </w:r>
            <w:proofErr w:type="spellEnd"/>
          </w:p>
        </w:tc>
        <w:tc>
          <w:tcPr>
            <w:tcW w:w="2880" w:type="dxa"/>
          </w:tcPr>
          <w:p w14:paraId="49B40FF8" w14:textId="77777777" w:rsidR="007B1DAF" w:rsidRPr="00803BBF" w:rsidRDefault="00000000">
            <w:r w:rsidRPr="00803BBF">
              <w:t>praca na zewnątrz</w:t>
            </w:r>
          </w:p>
        </w:tc>
      </w:tr>
      <w:tr w:rsidR="007B1DAF" w:rsidRPr="00803BBF" w14:paraId="6242CE22" w14:textId="77777777">
        <w:tc>
          <w:tcPr>
            <w:tcW w:w="2880" w:type="dxa"/>
          </w:tcPr>
          <w:p w14:paraId="684BD477" w14:textId="77777777" w:rsidR="007B1DAF" w:rsidRPr="00803BBF" w:rsidRDefault="00000000">
            <w:r w:rsidRPr="00803BBF">
              <w:t>Rodzaje pracy</w:t>
            </w:r>
          </w:p>
        </w:tc>
        <w:tc>
          <w:tcPr>
            <w:tcW w:w="2880" w:type="dxa"/>
          </w:tcPr>
          <w:p w14:paraId="4022D95C" w14:textId="77777777" w:rsidR="007B1DAF" w:rsidRPr="00803BBF" w:rsidRDefault="00000000">
            <w:proofErr w:type="spellStart"/>
            <w:r w:rsidRPr="00803BBF">
              <w:t>flexwerk</w:t>
            </w:r>
            <w:proofErr w:type="spellEnd"/>
          </w:p>
        </w:tc>
        <w:tc>
          <w:tcPr>
            <w:tcW w:w="2880" w:type="dxa"/>
          </w:tcPr>
          <w:p w14:paraId="13F96921" w14:textId="77777777" w:rsidR="007B1DAF" w:rsidRPr="00803BBF" w:rsidRDefault="00000000">
            <w:r w:rsidRPr="00803BBF">
              <w:t>praca elastyczna</w:t>
            </w:r>
          </w:p>
        </w:tc>
      </w:tr>
      <w:tr w:rsidR="007B1DAF" w:rsidRPr="00803BBF" w14:paraId="2F7AB3EF" w14:textId="77777777">
        <w:tc>
          <w:tcPr>
            <w:tcW w:w="2880" w:type="dxa"/>
          </w:tcPr>
          <w:p w14:paraId="37EAE291" w14:textId="77777777" w:rsidR="007B1DAF" w:rsidRPr="00803BBF" w:rsidRDefault="00000000">
            <w:r w:rsidRPr="00803BBF">
              <w:t>Rodzaje pracy</w:t>
            </w:r>
          </w:p>
        </w:tc>
        <w:tc>
          <w:tcPr>
            <w:tcW w:w="2880" w:type="dxa"/>
          </w:tcPr>
          <w:p w14:paraId="4902A3F3" w14:textId="77777777" w:rsidR="007B1DAF" w:rsidRPr="00803BBF" w:rsidRDefault="00000000">
            <w:proofErr w:type="spellStart"/>
            <w:r w:rsidRPr="00803BBF">
              <w:t>thuiswerk</w:t>
            </w:r>
            <w:proofErr w:type="spellEnd"/>
          </w:p>
        </w:tc>
        <w:tc>
          <w:tcPr>
            <w:tcW w:w="2880" w:type="dxa"/>
          </w:tcPr>
          <w:p w14:paraId="055881DD" w14:textId="77777777" w:rsidR="007B1DAF" w:rsidRPr="00803BBF" w:rsidRDefault="00000000">
            <w:r w:rsidRPr="00803BBF">
              <w:t>praca zdalna</w:t>
            </w:r>
          </w:p>
        </w:tc>
      </w:tr>
      <w:tr w:rsidR="007B1DAF" w:rsidRPr="00803BBF" w14:paraId="0B077D5C" w14:textId="77777777">
        <w:tc>
          <w:tcPr>
            <w:tcW w:w="2880" w:type="dxa"/>
          </w:tcPr>
          <w:p w14:paraId="11559797" w14:textId="77777777" w:rsidR="007B1DAF" w:rsidRPr="00803BBF" w:rsidRDefault="00000000">
            <w:r w:rsidRPr="00803BBF">
              <w:t>Komunikacja</w:t>
            </w:r>
          </w:p>
        </w:tc>
        <w:tc>
          <w:tcPr>
            <w:tcW w:w="2880" w:type="dxa"/>
          </w:tcPr>
          <w:p w14:paraId="1BA54570" w14:textId="77777777" w:rsidR="007B1DAF" w:rsidRPr="00803BBF" w:rsidRDefault="00000000">
            <w:proofErr w:type="spellStart"/>
            <w:r w:rsidRPr="00803BBF">
              <w:t>vergaderen</w:t>
            </w:r>
            <w:proofErr w:type="spellEnd"/>
          </w:p>
        </w:tc>
        <w:tc>
          <w:tcPr>
            <w:tcW w:w="2880" w:type="dxa"/>
          </w:tcPr>
          <w:p w14:paraId="2E659B67" w14:textId="77777777" w:rsidR="007B1DAF" w:rsidRPr="00803BBF" w:rsidRDefault="00000000">
            <w:r w:rsidRPr="00803BBF">
              <w:t>spotkanie</w:t>
            </w:r>
          </w:p>
        </w:tc>
      </w:tr>
      <w:tr w:rsidR="007B1DAF" w:rsidRPr="00803BBF" w14:paraId="3D7C251D" w14:textId="77777777">
        <w:tc>
          <w:tcPr>
            <w:tcW w:w="2880" w:type="dxa"/>
          </w:tcPr>
          <w:p w14:paraId="3960FC14" w14:textId="77777777" w:rsidR="007B1DAF" w:rsidRPr="00803BBF" w:rsidRDefault="00000000">
            <w:r w:rsidRPr="00803BBF">
              <w:t>Komunikacja</w:t>
            </w:r>
          </w:p>
        </w:tc>
        <w:tc>
          <w:tcPr>
            <w:tcW w:w="2880" w:type="dxa"/>
          </w:tcPr>
          <w:p w14:paraId="58B353F2" w14:textId="77777777" w:rsidR="007B1DAF" w:rsidRPr="00803BBF" w:rsidRDefault="00000000">
            <w:proofErr w:type="spellStart"/>
            <w:r w:rsidRPr="00803BBF">
              <w:t>overleggen</w:t>
            </w:r>
            <w:proofErr w:type="spellEnd"/>
          </w:p>
        </w:tc>
        <w:tc>
          <w:tcPr>
            <w:tcW w:w="2880" w:type="dxa"/>
          </w:tcPr>
          <w:p w14:paraId="72A84C18" w14:textId="77777777" w:rsidR="007B1DAF" w:rsidRPr="00803BBF" w:rsidRDefault="00000000">
            <w:r w:rsidRPr="00803BBF">
              <w:t>konsultacja</w:t>
            </w:r>
          </w:p>
        </w:tc>
      </w:tr>
      <w:tr w:rsidR="007B1DAF" w:rsidRPr="00803BBF" w14:paraId="08F4F484" w14:textId="77777777">
        <w:tc>
          <w:tcPr>
            <w:tcW w:w="2880" w:type="dxa"/>
          </w:tcPr>
          <w:p w14:paraId="5EA88EB1" w14:textId="77777777" w:rsidR="007B1DAF" w:rsidRPr="00803BBF" w:rsidRDefault="00000000">
            <w:r w:rsidRPr="00803BBF">
              <w:t>Komunikacja</w:t>
            </w:r>
          </w:p>
        </w:tc>
        <w:tc>
          <w:tcPr>
            <w:tcW w:w="2880" w:type="dxa"/>
          </w:tcPr>
          <w:p w14:paraId="03770F3F" w14:textId="77777777" w:rsidR="007B1DAF" w:rsidRPr="00803BBF" w:rsidRDefault="00000000">
            <w:proofErr w:type="spellStart"/>
            <w:r w:rsidRPr="00803BBF">
              <w:t>rapporteren</w:t>
            </w:r>
            <w:proofErr w:type="spellEnd"/>
          </w:p>
        </w:tc>
        <w:tc>
          <w:tcPr>
            <w:tcW w:w="2880" w:type="dxa"/>
          </w:tcPr>
          <w:p w14:paraId="0990896E" w14:textId="77777777" w:rsidR="007B1DAF" w:rsidRPr="00803BBF" w:rsidRDefault="00000000">
            <w:r w:rsidRPr="00803BBF">
              <w:t>raportowanie</w:t>
            </w:r>
          </w:p>
        </w:tc>
      </w:tr>
      <w:tr w:rsidR="007B1DAF" w:rsidRPr="00803BBF" w14:paraId="4B49C581" w14:textId="77777777">
        <w:tc>
          <w:tcPr>
            <w:tcW w:w="2880" w:type="dxa"/>
          </w:tcPr>
          <w:p w14:paraId="38551E3B" w14:textId="77777777" w:rsidR="007B1DAF" w:rsidRPr="00803BBF" w:rsidRDefault="00000000">
            <w:r w:rsidRPr="00803BBF">
              <w:t>Komunikacja</w:t>
            </w:r>
          </w:p>
        </w:tc>
        <w:tc>
          <w:tcPr>
            <w:tcW w:w="2880" w:type="dxa"/>
          </w:tcPr>
          <w:p w14:paraId="347592B4" w14:textId="77777777" w:rsidR="007B1DAF" w:rsidRPr="00803BBF" w:rsidRDefault="00000000">
            <w:proofErr w:type="spellStart"/>
            <w:r w:rsidRPr="00803BBF">
              <w:t>vragen</w:t>
            </w:r>
            <w:proofErr w:type="spellEnd"/>
          </w:p>
        </w:tc>
        <w:tc>
          <w:tcPr>
            <w:tcW w:w="2880" w:type="dxa"/>
          </w:tcPr>
          <w:p w14:paraId="1D89D1FE" w14:textId="77777777" w:rsidR="007B1DAF" w:rsidRPr="00803BBF" w:rsidRDefault="00000000">
            <w:r w:rsidRPr="00803BBF">
              <w:t>pytania</w:t>
            </w:r>
          </w:p>
        </w:tc>
      </w:tr>
      <w:tr w:rsidR="007B1DAF" w:rsidRPr="00803BBF" w14:paraId="61A3E4A8" w14:textId="77777777">
        <w:tc>
          <w:tcPr>
            <w:tcW w:w="2880" w:type="dxa"/>
          </w:tcPr>
          <w:p w14:paraId="682AC399" w14:textId="77777777" w:rsidR="007B1DAF" w:rsidRPr="00803BBF" w:rsidRDefault="00000000">
            <w:r w:rsidRPr="00803BBF">
              <w:t>Komunikacja</w:t>
            </w:r>
          </w:p>
        </w:tc>
        <w:tc>
          <w:tcPr>
            <w:tcW w:w="2880" w:type="dxa"/>
          </w:tcPr>
          <w:p w14:paraId="4B9EA756" w14:textId="77777777" w:rsidR="007B1DAF" w:rsidRPr="00803BBF" w:rsidRDefault="00000000">
            <w:proofErr w:type="spellStart"/>
            <w:r w:rsidRPr="00803BBF">
              <w:t>luisteren</w:t>
            </w:r>
            <w:proofErr w:type="spellEnd"/>
          </w:p>
        </w:tc>
        <w:tc>
          <w:tcPr>
            <w:tcW w:w="2880" w:type="dxa"/>
          </w:tcPr>
          <w:p w14:paraId="20867785" w14:textId="77777777" w:rsidR="007B1DAF" w:rsidRPr="00803BBF" w:rsidRDefault="00000000">
            <w:r w:rsidRPr="00803BBF">
              <w:t>słuchanie</w:t>
            </w:r>
          </w:p>
        </w:tc>
      </w:tr>
      <w:tr w:rsidR="007B1DAF" w:rsidRPr="00803BBF" w14:paraId="03C9932D" w14:textId="77777777">
        <w:tc>
          <w:tcPr>
            <w:tcW w:w="2880" w:type="dxa"/>
          </w:tcPr>
          <w:p w14:paraId="6787FBD6" w14:textId="77777777" w:rsidR="007B1DAF" w:rsidRPr="00803BBF" w:rsidRDefault="00000000">
            <w:r w:rsidRPr="00803BBF">
              <w:t>Zasoby ludzkie</w:t>
            </w:r>
          </w:p>
        </w:tc>
        <w:tc>
          <w:tcPr>
            <w:tcW w:w="2880" w:type="dxa"/>
          </w:tcPr>
          <w:p w14:paraId="66D535C7" w14:textId="77777777" w:rsidR="007B1DAF" w:rsidRPr="00803BBF" w:rsidRDefault="00000000">
            <w:r w:rsidRPr="00803BBF">
              <w:t>HR</w:t>
            </w:r>
          </w:p>
        </w:tc>
        <w:tc>
          <w:tcPr>
            <w:tcW w:w="2880" w:type="dxa"/>
          </w:tcPr>
          <w:p w14:paraId="1C7D08DC" w14:textId="77777777" w:rsidR="007B1DAF" w:rsidRPr="00803BBF" w:rsidRDefault="00000000">
            <w:r w:rsidRPr="00803BBF">
              <w:t>dział kadr</w:t>
            </w:r>
          </w:p>
        </w:tc>
      </w:tr>
      <w:tr w:rsidR="007B1DAF" w:rsidRPr="00803BBF" w14:paraId="6E1128DD" w14:textId="77777777">
        <w:tc>
          <w:tcPr>
            <w:tcW w:w="2880" w:type="dxa"/>
          </w:tcPr>
          <w:p w14:paraId="671FE21D" w14:textId="77777777" w:rsidR="007B1DAF" w:rsidRPr="00803BBF" w:rsidRDefault="00000000">
            <w:r w:rsidRPr="00803BBF">
              <w:t>Zasoby ludzkie</w:t>
            </w:r>
          </w:p>
        </w:tc>
        <w:tc>
          <w:tcPr>
            <w:tcW w:w="2880" w:type="dxa"/>
          </w:tcPr>
          <w:p w14:paraId="4D32584A" w14:textId="77777777" w:rsidR="007B1DAF" w:rsidRPr="00803BBF" w:rsidRDefault="00000000">
            <w:proofErr w:type="spellStart"/>
            <w:r w:rsidRPr="00803BBF">
              <w:t>arbeidsovereenkomst</w:t>
            </w:r>
            <w:proofErr w:type="spellEnd"/>
          </w:p>
        </w:tc>
        <w:tc>
          <w:tcPr>
            <w:tcW w:w="2880" w:type="dxa"/>
          </w:tcPr>
          <w:p w14:paraId="1F71DBFD" w14:textId="77777777" w:rsidR="007B1DAF" w:rsidRPr="00803BBF" w:rsidRDefault="00000000">
            <w:r w:rsidRPr="00803BBF">
              <w:t>umowa o pracę</w:t>
            </w:r>
          </w:p>
        </w:tc>
      </w:tr>
      <w:tr w:rsidR="007B1DAF" w:rsidRPr="00803BBF" w14:paraId="21D44012" w14:textId="77777777">
        <w:tc>
          <w:tcPr>
            <w:tcW w:w="2880" w:type="dxa"/>
          </w:tcPr>
          <w:p w14:paraId="235989B8" w14:textId="77777777" w:rsidR="007B1DAF" w:rsidRPr="00803BBF" w:rsidRDefault="00000000">
            <w:r w:rsidRPr="00803BBF">
              <w:t>Zasoby ludzkie</w:t>
            </w:r>
          </w:p>
        </w:tc>
        <w:tc>
          <w:tcPr>
            <w:tcW w:w="2880" w:type="dxa"/>
          </w:tcPr>
          <w:p w14:paraId="3D050CD2" w14:textId="77777777" w:rsidR="007B1DAF" w:rsidRPr="00803BBF" w:rsidRDefault="00000000">
            <w:proofErr w:type="spellStart"/>
            <w:r w:rsidRPr="00803BBF">
              <w:t>functioneringsgesprek</w:t>
            </w:r>
            <w:proofErr w:type="spellEnd"/>
          </w:p>
        </w:tc>
        <w:tc>
          <w:tcPr>
            <w:tcW w:w="2880" w:type="dxa"/>
          </w:tcPr>
          <w:p w14:paraId="05C997E1" w14:textId="77777777" w:rsidR="007B1DAF" w:rsidRPr="00803BBF" w:rsidRDefault="00000000">
            <w:r w:rsidRPr="00803BBF">
              <w:t>ocena pracownika</w:t>
            </w:r>
          </w:p>
        </w:tc>
      </w:tr>
      <w:tr w:rsidR="007B1DAF" w:rsidRPr="00803BBF" w14:paraId="11BCC658" w14:textId="77777777">
        <w:tc>
          <w:tcPr>
            <w:tcW w:w="2880" w:type="dxa"/>
          </w:tcPr>
          <w:p w14:paraId="66AAC841" w14:textId="77777777" w:rsidR="007B1DAF" w:rsidRPr="00803BBF" w:rsidRDefault="00000000">
            <w:r w:rsidRPr="00803BBF">
              <w:t>Zasoby ludzkie</w:t>
            </w:r>
          </w:p>
        </w:tc>
        <w:tc>
          <w:tcPr>
            <w:tcW w:w="2880" w:type="dxa"/>
          </w:tcPr>
          <w:p w14:paraId="40D15E06" w14:textId="77777777" w:rsidR="007B1DAF" w:rsidRPr="00803BBF" w:rsidRDefault="00000000">
            <w:proofErr w:type="spellStart"/>
            <w:r w:rsidRPr="00803BBF">
              <w:t>medewerker</w:t>
            </w:r>
            <w:proofErr w:type="spellEnd"/>
          </w:p>
        </w:tc>
        <w:tc>
          <w:tcPr>
            <w:tcW w:w="2880" w:type="dxa"/>
          </w:tcPr>
          <w:p w14:paraId="3B10E20C" w14:textId="77777777" w:rsidR="007B1DAF" w:rsidRPr="00803BBF" w:rsidRDefault="00000000">
            <w:r w:rsidRPr="00803BBF">
              <w:t>pracownik</w:t>
            </w:r>
          </w:p>
        </w:tc>
      </w:tr>
      <w:tr w:rsidR="007B1DAF" w:rsidRPr="00803BBF" w14:paraId="1426B998" w14:textId="77777777">
        <w:tc>
          <w:tcPr>
            <w:tcW w:w="2880" w:type="dxa"/>
          </w:tcPr>
          <w:p w14:paraId="1211EB99" w14:textId="77777777" w:rsidR="007B1DAF" w:rsidRPr="00803BBF" w:rsidRDefault="00000000">
            <w:r w:rsidRPr="00803BBF">
              <w:t>Zasoby ludzkie</w:t>
            </w:r>
          </w:p>
        </w:tc>
        <w:tc>
          <w:tcPr>
            <w:tcW w:w="2880" w:type="dxa"/>
          </w:tcPr>
          <w:p w14:paraId="548806F3" w14:textId="77777777" w:rsidR="007B1DAF" w:rsidRPr="00803BBF" w:rsidRDefault="00000000">
            <w:proofErr w:type="spellStart"/>
            <w:r w:rsidRPr="00803BBF">
              <w:t>beoordeling</w:t>
            </w:r>
            <w:proofErr w:type="spellEnd"/>
          </w:p>
        </w:tc>
        <w:tc>
          <w:tcPr>
            <w:tcW w:w="2880" w:type="dxa"/>
          </w:tcPr>
          <w:p w14:paraId="017F853A" w14:textId="77777777" w:rsidR="007B1DAF" w:rsidRPr="00803BBF" w:rsidRDefault="00000000">
            <w:r w:rsidRPr="00803BBF">
              <w:t>ocena</w:t>
            </w:r>
          </w:p>
        </w:tc>
      </w:tr>
      <w:tr w:rsidR="007B1DAF" w:rsidRPr="00803BBF" w14:paraId="439FC623" w14:textId="77777777">
        <w:tc>
          <w:tcPr>
            <w:tcW w:w="2880" w:type="dxa"/>
          </w:tcPr>
          <w:p w14:paraId="2CAAC68D" w14:textId="77777777" w:rsidR="007B1DAF" w:rsidRPr="00803BBF" w:rsidRDefault="00000000">
            <w:r w:rsidRPr="00803BBF">
              <w:t>Przyszłość i rozwój</w:t>
            </w:r>
          </w:p>
        </w:tc>
        <w:tc>
          <w:tcPr>
            <w:tcW w:w="2880" w:type="dxa"/>
          </w:tcPr>
          <w:p w14:paraId="2E8FD565" w14:textId="77777777" w:rsidR="007B1DAF" w:rsidRPr="00803BBF" w:rsidRDefault="00000000">
            <w:proofErr w:type="spellStart"/>
            <w:r w:rsidRPr="00803BBF">
              <w:t>carrièremogelijkheden</w:t>
            </w:r>
            <w:proofErr w:type="spellEnd"/>
          </w:p>
        </w:tc>
        <w:tc>
          <w:tcPr>
            <w:tcW w:w="2880" w:type="dxa"/>
          </w:tcPr>
          <w:p w14:paraId="5EFA4E6E" w14:textId="77777777" w:rsidR="007B1DAF" w:rsidRPr="00803BBF" w:rsidRDefault="00000000">
            <w:r w:rsidRPr="00803BBF">
              <w:t>możliwości kariery</w:t>
            </w:r>
          </w:p>
        </w:tc>
      </w:tr>
      <w:tr w:rsidR="007B1DAF" w:rsidRPr="00803BBF" w14:paraId="076CEA5E" w14:textId="77777777">
        <w:tc>
          <w:tcPr>
            <w:tcW w:w="2880" w:type="dxa"/>
          </w:tcPr>
          <w:p w14:paraId="63810BB9" w14:textId="77777777" w:rsidR="007B1DAF" w:rsidRPr="00803BBF" w:rsidRDefault="00000000">
            <w:r w:rsidRPr="00803BBF">
              <w:t>Przyszłość i rozwój</w:t>
            </w:r>
          </w:p>
        </w:tc>
        <w:tc>
          <w:tcPr>
            <w:tcW w:w="2880" w:type="dxa"/>
          </w:tcPr>
          <w:p w14:paraId="68AB9E55" w14:textId="77777777" w:rsidR="007B1DAF" w:rsidRPr="00803BBF" w:rsidRDefault="00000000">
            <w:proofErr w:type="spellStart"/>
            <w:r w:rsidRPr="00803BBF">
              <w:t>doorgroeien</w:t>
            </w:r>
            <w:proofErr w:type="spellEnd"/>
          </w:p>
        </w:tc>
        <w:tc>
          <w:tcPr>
            <w:tcW w:w="2880" w:type="dxa"/>
          </w:tcPr>
          <w:p w14:paraId="1AE612D3" w14:textId="77777777" w:rsidR="007B1DAF" w:rsidRPr="00803BBF" w:rsidRDefault="00000000">
            <w:r w:rsidRPr="00803BBF">
              <w:t>awans</w:t>
            </w:r>
          </w:p>
        </w:tc>
      </w:tr>
      <w:tr w:rsidR="007B1DAF" w:rsidRPr="00803BBF" w14:paraId="14C8049F" w14:textId="77777777">
        <w:tc>
          <w:tcPr>
            <w:tcW w:w="2880" w:type="dxa"/>
          </w:tcPr>
          <w:p w14:paraId="7867D716" w14:textId="77777777" w:rsidR="007B1DAF" w:rsidRPr="00803BBF" w:rsidRDefault="00000000">
            <w:r w:rsidRPr="00803BBF">
              <w:t>Przyszłość i rozwój</w:t>
            </w:r>
          </w:p>
        </w:tc>
        <w:tc>
          <w:tcPr>
            <w:tcW w:w="2880" w:type="dxa"/>
          </w:tcPr>
          <w:p w14:paraId="42B35703" w14:textId="77777777" w:rsidR="007B1DAF" w:rsidRPr="00803BBF" w:rsidRDefault="00000000">
            <w:proofErr w:type="spellStart"/>
            <w:r w:rsidRPr="00803BBF">
              <w:t>bijscholing</w:t>
            </w:r>
            <w:proofErr w:type="spellEnd"/>
          </w:p>
        </w:tc>
        <w:tc>
          <w:tcPr>
            <w:tcW w:w="2880" w:type="dxa"/>
          </w:tcPr>
          <w:p w14:paraId="751DD6D8" w14:textId="77777777" w:rsidR="007B1DAF" w:rsidRPr="00803BBF" w:rsidRDefault="00000000">
            <w:r w:rsidRPr="00803BBF">
              <w:t>szkolenie</w:t>
            </w:r>
          </w:p>
        </w:tc>
      </w:tr>
      <w:tr w:rsidR="007B1DAF" w:rsidRPr="00803BBF" w14:paraId="5DA77E13" w14:textId="77777777">
        <w:tc>
          <w:tcPr>
            <w:tcW w:w="2880" w:type="dxa"/>
          </w:tcPr>
          <w:p w14:paraId="58660DD2" w14:textId="77777777" w:rsidR="007B1DAF" w:rsidRPr="00803BBF" w:rsidRDefault="00000000">
            <w:r w:rsidRPr="00803BBF">
              <w:t>Przyszłość i rozwój</w:t>
            </w:r>
          </w:p>
        </w:tc>
        <w:tc>
          <w:tcPr>
            <w:tcW w:w="2880" w:type="dxa"/>
          </w:tcPr>
          <w:p w14:paraId="5E2D04C2" w14:textId="77777777" w:rsidR="007B1DAF" w:rsidRPr="00803BBF" w:rsidRDefault="00000000">
            <w:proofErr w:type="spellStart"/>
            <w:r w:rsidRPr="00803BBF">
              <w:t>ambitie</w:t>
            </w:r>
            <w:proofErr w:type="spellEnd"/>
          </w:p>
        </w:tc>
        <w:tc>
          <w:tcPr>
            <w:tcW w:w="2880" w:type="dxa"/>
          </w:tcPr>
          <w:p w14:paraId="001C6DA8" w14:textId="77777777" w:rsidR="007B1DAF" w:rsidRPr="00803BBF" w:rsidRDefault="00000000">
            <w:r w:rsidRPr="00803BBF">
              <w:t>ambicja</w:t>
            </w:r>
          </w:p>
        </w:tc>
      </w:tr>
      <w:tr w:rsidR="007B1DAF" w:rsidRPr="00803BBF" w14:paraId="625A4C29" w14:textId="77777777">
        <w:tc>
          <w:tcPr>
            <w:tcW w:w="2880" w:type="dxa"/>
          </w:tcPr>
          <w:p w14:paraId="7D9C9A02" w14:textId="77777777" w:rsidR="007B1DAF" w:rsidRPr="00803BBF" w:rsidRDefault="00000000">
            <w:r w:rsidRPr="00803BBF">
              <w:t>Przyszłość i rozwój</w:t>
            </w:r>
          </w:p>
        </w:tc>
        <w:tc>
          <w:tcPr>
            <w:tcW w:w="2880" w:type="dxa"/>
          </w:tcPr>
          <w:p w14:paraId="7BCD37A8" w14:textId="77777777" w:rsidR="007B1DAF" w:rsidRPr="00803BBF" w:rsidRDefault="00000000">
            <w:r w:rsidRPr="00803BBF">
              <w:t>visie</w:t>
            </w:r>
          </w:p>
        </w:tc>
        <w:tc>
          <w:tcPr>
            <w:tcW w:w="2880" w:type="dxa"/>
          </w:tcPr>
          <w:p w14:paraId="0ADD2ED5" w14:textId="77777777" w:rsidR="007B1DAF" w:rsidRPr="00803BBF" w:rsidRDefault="00000000">
            <w:r w:rsidRPr="00803BBF">
              <w:t>wizja</w:t>
            </w:r>
          </w:p>
        </w:tc>
      </w:tr>
      <w:tr>
        <w:tc>
          <w:tcPr>
            <w:tcW w:type="dxa" w:w="2880"/>
          </w:tcPr>
          <w:p>
            <w:r>
              <w:t>Ogólne</w:t>
            </w:r>
          </w:p>
        </w:tc>
        <w:tc>
          <w:tcPr>
            <w:tcW w:type="dxa" w:w="2880"/>
          </w:tcPr>
          <w:p>
            <w:r>
              <w:t>dienstverband</w:t>
            </w:r>
          </w:p>
        </w:tc>
        <w:tc>
          <w:tcPr>
            <w:tcW w:type="dxa" w:w="2880"/>
          </w:tcPr>
          <w:p>
            <w:r>
              <w:t>stosunek pracy</w:t>
            </w:r>
          </w:p>
        </w:tc>
      </w:tr>
      <w:tr>
        <w:tc>
          <w:tcPr>
            <w:tcW w:type="dxa" w:w="2880"/>
          </w:tcPr>
          <w:p>
            <w:r>
              <w:t>W miejscu pracy</w:t>
            </w:r>
          </w:p>
        </w:tc>
        <w:tc>
          <w:tcPr>
            <w:tcW w:type="dxa" w:w="2880"/>
          </w:tcPr>
          <w:p>
            <w:r>
              <w:t>werkvergunning</w:t>
            </w:r>
          </w:p>
        </w:tc>
        <w:tc>
          <w:tcPr>
            <w:tcW w:type="dxa" w:w="2880"/>
          </w:tcPr>
          <w:p>
            <w:r>
              <w:t>pozwolenie na pracę</w:t>
            </w:r>
          </w:p>
        </w:tc>
      </w:tr>
      <w:tr>
        <w:tc>
          <w:tcPr>
            <w:tcW w:type="dxa" w:w="2880"/>
          </w:tcPr>
          <w:p>
            <w:r>
              <w:t>Umiejętności</w:t>
            </w:r>
          </w:p>
        </w:tc>
        <w:tc>
          <w:tcPr>
            <w:tcW w:type="dxa" w:w="2880"/>
          </w:tcPr>
          <w:p>
            <w:r>
              <w:t>klantgerichtheid</w:t>
            </w:r>
          </w:p>
        </w:tc>
        <w:tc>
          <w:tcPr>
            <w:tcW w:type="dxa" w:w="2880"/>
          </w:tcPr>
          <w:p>
            <w:r>
              <w:t>orientacja na klienta</w:t>
            </w:r>
          </w:p>
        </w:tc>
      </w:tr>
      <w:tr>
        <w:tc>
          <w:tcPr>
            <w:tcW w:type="dxa" w:w="2880"/>
          </w:tcPr>
          <w:p>
            <w:r>
              <w:t>Warunki pracy</w:t>
            </w:r>
          </w:p>
        </w:tc>
        <w:tc>
          <w:tcPr>
            <w:tcW w:type="dxa" w:w="2880"/>
          </w:tcPr>
          <w:p>
            <w:r>
              <w:t>reiskostenvergoeding</w:t>
            </w:r>
          </w:p>
        </w:tc>
        <w:tc>
          <w:tcPr>
            <w:tcW w:type="dxa" w:w="2880"/>
          </w:tcPr>
          <w:p>
            <w:r>
              <w:t>zwrot kosztów podróży</w:t>
            </w:r>
          </w:p>
        </w:tc>
      </w:tr>
      <w:tr>
        <w:tc>
          <w:tcPr>
            <w:tcW w:type="dxa" w:w="2880"/>
          </w:tcPr>
          <w:p>
            <w:r>
              <w:t>Kariera</w:t>
            </w:r>
          </w:p>
        </w:tc>
        <w:tc>
          <w:tcPr>
            <w:tcW w:type="dxa" w:w="2880"/>
          </w:tcPr>
          <w:p>
            <w:r>
              <w:t>doorgroeimogelijkheden</w:t>
            </w:r>
          </w:p>
        </w:tc>
        <w:tc>
          <w:tcPr>
            <w:tcW w:type="dxa" w:w="2880"/>
          </w:tcPr>
          <w:p>
            <w:r>
              <w:t>możliwości awansu</w:t>
            </w:r>
          </w:p>
        </w:tc>
      </w:tr>
    </w:tbl>
    <w:p w14:paraId="3D28B63C" w14:textId="77777777" w:rsidR="004850D0" w:rsidRDefault="004850D0"/>
    <w:sectPr w:rsidR="004850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35792588">
    <w:abstractNumId w:val="8"/>
  </w:num>
  <w:num w:numId="2" w16cid:durableId="1475634421">
    <w:abstractNumId w:val="6"/>
  </w:num>
  <w:num w:numId="3" w16cid:durableId="1100684355">
    <w:abstractNumId w:val="5"/>
  </w:num>
  <w:num w:numId="4" w16cid:durableId="966278764">
    <w:abstractNumId w:val="4"/>
  </w:num>
  <w:num w:numId="5" w16cid:durableId="2042197361">
    <w:abstractNumId w:val="7"/>
  </w:num>
  <w:num w:numId="6" w16cid:durableId="1520313592">
    <w:abstractNumId w:val="3"/>
  </w:num>
  <w:num w:numId="7" w16cid:durableId="1526944366">
    <w:abstractNumId w:val="2"/>
  </w:num>
  <w:num w:numId="8" w16cid:durableId="598878224">
    <w:abstractNumId w:val="1"/>
  </w:num>
  <w:num w:numId="9" w16cid:durableId="2002274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00696"/>
    <w:rsid w:val="0015074B"/>
    <w:rsid w:val="0029639D"/>
    <w:rsid w:val="00326F90"/>
    <w:rsid w:val="004850D0"/>
    <w:rsid w:val="005571AD"/>
    <w:rsid w:val="007B1DAF"/>
    <w:rsid w:val="007C4F0E"/>
    <w:rsid w:val="00803BBF"/>
    <w:rsid w:val="00AA1D8D"/>
    <w:rsid w:val="00B47730"/>
    <w:rsid w:val="00CA52A8"/>
    <w:rsid w:val="00CB0664"/>
    <w:rsid w:val="00F9600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361BB0"/>
  <w14:defaultImageDpi w14:val="300"/>
  <w15:docId w15:val="{2886B087-86B7-4F61-B023-67D9BD2D2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  <w:rPr>
      <w:lang w:val="pl-PL"/>
    </w:rPr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532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Sasiadek</cp:lastModifiedBy>
  <cp:revision>6</cp:revision>
  <dcterms:created xsi:type="dcterms:W3CDTF">2013-12-23T23:15:00Z</dcterms:created>
  <dcterms:modified xsi:type="dcterms:W3CDTF">2025-05-31T15:27:00Z</dcterms:modified>
  <cp:category/>
</cp:coreProperties>
</file>